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1C9C" w:rsidRDefault="00201C9C" w:rsidP="00201C9C">
      <w:pPr>
        <w:pStyle w:val="1bodycopy10pt"/>
      </w:pPr>
    </w:p>
    <w:p w:rsidR="00201C9C" w:rsidRDefault="00201C9C" w:rsidP="00201C9C">
      <w:pPr>
        <w:pStyle w:val="1bodycopy10pt"/>
      </w:pPr>
      <w:r w:rsidRPr="00DF4E41">
        <w:rPr>
          <w:rFonts w:ascii="Calibri" w:hAnsi="Calibri" w:cs="Calibri"/>
          <w:b/>
          <w:noProof/>
          <w:sz w:val="22"/>
        </w:rPr>
        <mc:AlternateContent>
          <mc:Choice Requires="wps">
            <w:drawing>
              <wp:anchor distT="45720" distB="45720" distL="114300" distR="114300" simplePos="0" relativeHeight="251659264" behindDoc="0" locked="0" layoutInCell="1" allowOverlap="1" wp14:anchorId="7D0FE345" wp14:editId="658ECBDE">
                <wp:simplePos x="0" y="0"/>
                <wp:positionH relativeFrom="margin">
                  <wp:align>center</wp:align>
                </wp:positionH>
                <wp:positionV relativeFrom="paragraph">
                  <wp:posOffset>89535</wp:posOffset>
                </wp:positionV>
                <wp:extent cx="2181225" cy="22288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228850"/>
                        </a:xfrm>
                        <a:prstGeom prst="rect">
                          <a:avLst/>
                        </a:prstGeom>
                        <a:blipFill>
                          <a:blip r:embed="rId8"/>
                          <a:stretch>
                            <a:fillRect/>
                          </a:stretch>
                        </a:blipFill>
                        <a:ln w="9525">
                          <a:noFill/>
                          <a:miter lim="800000"/>
                          <a:headEnd/>
                          <a:tailEnd/>
                        </a:ln>
                      </wps:spPr>
                      <wps:txbx>
                        <w:txbxContent>
                          <w:p w:rsidR="00201C9C" w:rsidRDefault="00201C9C" w:rsidP="00201C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0FE345" id="_x0000_t202" coordsize="21600,21600" o:spt="202" path="m,l,21600r21600,l21600,xe">
                <v:stroke joinstyle="miter"/>
                <v:path gradientshapeok="t" o:connecttype="rect"/>
              </v:shapetype>
              <v:shape id="Text Box 2" o:spid="_x0000_s1026" type="#_x0000_t202" style="position:absolute;margin-left:0;margin-top:7.05pt;width:171.75pt;height:175.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" stroked="f">
                <v:fill r:id="rId9" o:title="" recolor="t" rotate="t" type="frame"/>
                <v:textbox>
                  <w:txbxContent>
                    <w:p w:rsidR="00201C9C" w:rsidRDefault="00201C9C" w:rsidP="00201C9C"/>
                  </w:txbxContent>
                </v:textbox>
                <w10:wrap type="square" anchorx="margin"/>
              </v:shape>
            </w:pict>
          </mc:Fallback>
        </mc:AlternateContent>
      </w: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201C9C" w:rsidRDefault="00201C9C" w:rsidP="00201C9C">
      <w:pPr>
        <w:pStyle w:val="1bodycopy10pt"/>
      </w:pPr>
    </w:p>
    <w:p w:rsidR="00C4476E" w:rsidRDefault="00C4476E" w:rsidP="00C4476E">
      <w:pPr>
        <w:pStyle w:val="1bodycopy10pt"/>
      </w:pPr>
    </w:p>
    <w:p w:rsidR="00C4476E" w:rsidRPr="0095679E" w:rsidRDefault="00C4476E" w:rsidP="00C4476E">
      <w:pPr>
        <w:jc w:val="center"/>
        <w:rPr>
          <w:rFonts w:cs="Calibri"/>
          <w:b/>
          <w:sz w:val="44"/>
          <w:szCs w:val="44"/>
        </w:rPr>
      </w:pPr>
      <w:r w:rsidRPr="0095679E">
        <w:rPr>
          <w:rFonts w:cs="Calibri"/>
          <w:b/>
          <w:sz w:val="44"/>
          <w:szCs w:val="44"/>
        </w:rPr>
        <w:t xml:space="preserve">Stoke Mandeville Combined School </w:t>
      </w:r>
    </w:p>
    <w:p w:rsidR="00C4476E" w:rsidRPr="0095679E" w:rsidRDefault="00C4476E" w:rsidP="00C4476E">
      <w:pPr>
        <w:jc w:val="center"/>
        <w:rPr>
          <w:rFonts w:cs="Calibri"/>
          <w:b/>
          <w:sz w:val="44"/>
          <w:szCs w:val="44"/>
        </w:rPr>
      </w:pPr>
      <w:r w:rsidRPr="0095679E">
        <w:rPr>
          <w:rFonts w:cs="Calibri"/>
          <w:b/>
          <w:sz w:val="44"/>
          <w:szCs w:val="44"/>
        </w:rPr>
        <w:t>Governing Board</w:t>
      </w:r>
    </w:p>
    <w:p w:rsidR="00C4476E" w:rsidRPr="004D7B0A" w:rsidRDefault="00C4476E" w:rsidP="00C4476E">
      <w:pPr>
        <w:spacing w:after="0"/>
        <w:jc w:val="center"/>
        <w:rPr>
          <w:rFonts w:eastAsia="Times New Roman" w:cs="Calibri"/>
          <w:b/>
          <w:color w:val="000000"/>
          <w:sz w:val="72"/>
          <w:szCs w:val="72"/>
        </w:rPr>
      </w:pPr>
    </w:p>
    <w:p w:rsidR="00C4476E" w:rsidRDefault="00C4476E" w:rsidP="00C4476E">
      <w:pPr>
        <w:spacing w:after="0"/>
        <w:jc w:val="center"/>
        <w:rPr>
          <w:rFonts w:eastAsia="Times New Roman" w:cs="Calibri"/>
          <w:b/>
          <w:color w:val="000000"/>
          <w:sz w:val="56"/>
          <w:szCs w:val="56"/>
        </w:rPr>
      </w:pPr>
      <w:r>
        <w:rPr>
          <w:rFonts w:eastAsia="Times New Roman" w:cs="Calibri"/>
          <w:b/>
          <w:color w:val="000000"/>
          <w:sz w:val="56"/>
          <w:szCs w:val="56"/>
        </w:rPr>
        <w:t xml:space="preserve">Attendance Policy </w:t>
      </w:r>
    </w:p>
    <w:p w:rsidR="00C4476E" w:rsidRDefault="00C4476E" w:rsidP="00C4476E">
      <w:pPr>
        <w:spacing w:after="0"/>
        <w:jc w:val="center"/>
        <w:rPr>
          <w:rFonts w:eastAsia="Times New Roman" w:cs="Calibri"/>
          <w:b/>
          <w:color w:val="000000"/>
          <w:sz w:val="48"/>
          <w:szCs w:val="72"/>
        </w:rPr>
      </w:pPr>
      <w:r>
        <w:rPr>
          <w:rFonts w:eastAsia="Times New Roman" w:cs="Calibri"/>
          <w:b/>
          <w:color w:val="000000"/>
          <w:sz w:val="56"/>
          <w:szCs w:val="56"/>
        </w:rPr>
        <w:t>September 2026</w:t>
      </w:r>
    </w:p>
    <w:p w:rsidR="00C4476E" w:rsidRDefault="00C4476E" w:rsidP="00C4476E">
      <w:pPr>
        <w:spacing w:after="0"/>
        <w:jc w:val="center"/>
        <w:rPr>
          <w:rFonts w:eastAsia="Times New Roman" w:cs="Calibri"/>
          <w:b/>
          <w:color w:val="000000"/>
          <w:sz w:val="48"/>
          <w:szCs w:val="72"/>
        </w:rPr>
      </w:pPr>
    </w:p>
    <w:p w:rsidR="00C4476E" w:rsidRDefault="00C4476E" w:rsidP="00C4476E">
      <w:pPr>
        <w:spacing w:after="0"/>
        <w:jc w:val="center"/>
        <w:rPr>
          <w:rFonts w:eastAsia="Times New Roman" w:cs="Calibri"/>
          <w:b/>
          <w:color w:val="000000"/>
          <w:sz w:val="48"/>
          <w:szCs w:val="72"/>
        </w:rPr>
      </w:pPr>
    </w:p>
    <w:p w:rsidR="00C4476E" w:rsidRDefault="00C4476E" w:rsidP="00C4476E">
      <w:pPr>
        <w:spacing w:after="0"/>
        <w:jc w:val="center"/>
        <w:rPr>
          <w:rFonts w:eastAsia="Times New Roman" w:cs="Calibri"/>
          <w:b/>
          <w:color w:val="000000"/>
          <w:sz w:val="48"/>
          <w:szCs w:val="72"/>
        </w:rPr>
      </w:pPr>
    </w:p>
    <w:p w:rsidR="00C4476E" w:rsidRDefault="00C4476E" w:rsidP="00C4476E">
      <w:pPr>
        <w:spacing w:after="0"/>
        <w:rPr>
          <w:rFonts w:cs="Calibri"/>
          <w:b/>
          <w:sz w:val="24"/>
        </w:rPr>
      </w:pPr>
    </w:p>
    <w:p w:rsidR="00C4476E" w:rsidRDefault="00C4476E" w:rsidP="00C4476E">
      <w:pPr>
        <w:spacing w:after="0"/>
        <w:rPr>
          <w:rFonts w:cs="Calibri"/>
          <w:b/>
          <w:sz w:val="24"/>
        </w:rPr>
      </w:pPr>
    </w:p>
    <w:p w:rsidR="00C4476E" w:rsidRDefault="00C4476E" w:rsidP="00C4476E">
      <w:pPr>
        <w:spacing w:after="0"/>
        <w:rPr>
          <w:rFonts w:cs="Calibri"/>
          <w:b/>
          <w:sz w:val="24"/>
        </w:rPr>
      </w:pPr>
    </w:p>
    <w:p w:rsidR="00C4476E" w:rsidRDefault="00C4476E" w:rsidP="00C4476E">
      <w:pPr>
        <w:spacing w:after="0"/>
        <w:rPr>
          <w:rFonts w:cs="Calibri"/>
          <w:b/>
          <w:sz w:val="24"/>
        </w:rPr>
      </w:pPr>
    </w:p>
    <w:p w:rsidR="00C4476E" w:rsidRPr="0093619C" w:rsidRDefault="00C4476E" w:rsidP="00C4476E">
      <w:pPr>
        <w:spacing w:after="0"/>
        <w:rPr>
          <w:rFonts w:cs="Calibri"/>
          <w:b/>
          <w:sz w:val="24"/>
        </w:rPr>
      </w:pPr>
      <w:r w:rsidRPr="0093619C">
        <w:rPr>
          <w:rFonts w:cs="Calibri"/>
          <w:b/>
          <w:sz w:val="24"/>
        </w:rPr>
        <w:t xml:space="preserve">Adopted:  </w:t>
      </w:r>
      <w:r>
        <w:rPr>
          <w:rFonts w:cs="Calibri"/>
          <w:b/>
          <w:sz w:val="24"/>
        </w:rPr>
        <w:t>September 2026</w:t>
      </w:r>
    </w:p>
    <w:p w:rsidR="00C4476E" w:rsidRPr="0093619C" w:rsidRDefault="00C4476E" w:rsidP="00C4476E">
      <w:pPr>
        <w:spacing w:after="0"/>
        <w:rPr>
          <w:rFonts w:cs="Calibri"/>
          <w:b/>
          <w:sz w:val="24"/>
        </w:rPr>
      </w:pPr>
      <w:r w:rsidRPr="0093619C">
        <w:rPr>
          <w:rFonts w:cs="Calibri"/>
          <w:b/>
          <w:sz w:val="24"/>
        </w:rPr>
        <w:t xml:space="preserve">Reviewed:  </w:t>
      </w:r>
    </w:p>
    <w:p w:rsidR="00C4476E" w:rsidRPr="00417B54" w:rsidRDefault="00C4476E" w:rsidP="00C4476E">
      <w:pPr>
        <w:spacing w:after="0"/>
        <w:rPr>
          <w:rFonts w:cs="Calibri"/>
          <w:b/>
          <w:sz w:val="24"/>
        </w:rPr>
      </w:pPr>
      <w:r w:rsidRPr="0093619C">
        <w:rPr>
          <w:rFonts w:cs="Calibri"/>
          <w:b/>
          <w:sz w:val="24"/>
        </w:rPr>
        <w:t>Next Review Date:  September 202</w:t>
      </w:r>
      <w:r>
        <w:rPr>
          <w:rFonts w:cs="Calibri"/>
          <w:b/>
          <w:sz w:val="24"/>
        </w:rPr>
        <w:t>7</w:t>
      </w:r>
    </w:p>
    <w:p w:rsidR="003824A4" w:rsidRDefault="00201C9C">
      <w:r>
        <w:br w:type="page"/>
      </w:r>
    </w:p>
    <w:p w:rsidR="003824A4" w:rsidRDefault="00201C9C">
      <w:pPr>
        <w:pStyle w:val="Heading1"/>
      </w:pPr>
      <w:r>
        <w:rPr>
          <w:rFonts w:ascii="Calibri" w:eastAsia="Calibri" w:hAnsi="Calibri"/>
          <w:sz w:val="22"/>
        </w:rPr>
        <w:lastRenderedPageBreak/>
        <w:t>Contents</w:t>
      </w:r>
    </w:p>
    <w:p w:rsidR="003824A4" w:rsidRDefault="00201C9C">
      <w:r>
        <w:t>1. Aims</w:t>
      </w:r>
    </w:p>
    <w:p w:rsidR="003824A4" w:rsidRDefault="00201C9C">
      <w:r>
        <w:t>2. Legislation and Guidance</w:t>
      </w:r>
    </w:p>
    <w:p w:rsidR="003824A4" w:rsidRDefault="00201C9C">
      <w:r>
        <w:t>3. Roles and Responsibilities</w:t>
      </w:r>
    </w:p>
    <w:p w:rsidR="003824A4" w:rsidRDefault="00201C9C">
      <w:r>
        <w:t>4. Attendance Expectations and Registration</w:t>
      </w:r>
    </w:p>
    <w:p w:rsidR="003824A4" w:rsidRDefault="00201C9C">
      <w:r>
        <w:t>6. Medical and Other Planned Absence</w:t>
      </w:r>
    </w:p>
    <w:p w:rsidR="003824A4" w:rsidRDefault="00201C9C">
      <w:r>
        <w:t>7. Leave of Absence</w:t>
      </w:r>
    </w:p>
    <w:p w:rsidR="003824A4" w:rsidRDefault="00201C9C">
      <w:r>
        <w:t>8. Lateness and Punctuality</w:t>
      </w:r>
    </w:p>
    <w:p w:rsidR="003824A4" w:rsidRDefault="00201C9C">
      <w:r>
        <w:t>9. Supporting Attendance</w:t>
      </w:r>
    </w:p>
    <w:p w:rsidR="003824A4" w:rsidRDefault="00201C9C">
      <w:r>
        <w:t>10. Persistent and Severe Absence</w:t>
      </w:r>
    </w:p>
    <w:p w:rsidR="003824A4" w:rsidRDefault="00201C9C">
      <w:r>
        <w:t>11. Attendance Monitoring and Data</w:t>
      </w:r>
    </w:p>
    <w:p w:rsidR="003824A4" w:rsidRDefault="00201C9C">
      <w:r>
        <w:t>12. Safeguarding and Children Missing Education</w:t>
      </w:r>
    </w:p>
    <w:p w:rsidR="003824A4" w:rsidRDefault="00201C9C">
      <w:r>
        <w:t>13. Legal Intervention and Penalty Notices</w:t>
      </w:r>
    </w:p>
    <w:p w:rsidR="003824A4" w:rsidRDefault="00201C9C">
      <w:r>
        <w:t>14. Returning After Lengthy Absence</w:t>
      </w:r>
    </w:p>
    <w:p w:rsidR="003824A4" w:rsidRDefault="00201C9C">
      <w:r>
        <w:t>15. Monitoring and Review</w:t>
      </w:r>
    </w:p>
    <w:p w:rsidR="003824A4" w:rsidRDefault="00201C9C">
      <w:r>
        <w:t>16. Links with Other Policies</w:t>
      </w:r>
    </w:p>
    <w:p w:rsidR="003824A4" w:rsidRDefault="00201C9C">
      <w:r>
        <w:t>17. Appendix 1 – Attendance Codes</w:t>
      </w:r>
    </w:p>
    <w:p w:rsidR="003824A4" w:rsidRDefault="00201C9C">
      <w:r>
        <w:t>18. Appendix 2 – Leave of Absence Request</w:t>
      </w:r>
    </w:p>
    <w:p w:rsidR="003824A4" w:rsidRDefault="00201C9C">
      <w:pPr>
        <w:pStyle w:val="Heading1"/>
      </w:pPr>
      <w:r>
        <w:rPr>
          <w:rFonts w:ascii="Calibri" w:eastAsia="Calibri" w:hAnsi="Calibri"/>
          <w:sz w:val="22"/>
        </w:rPr>
        <w:t>1. Aims</w:t>
      </w:r>
    </w:p>
    <w:p w:rsidR="003824A4" w:rsidRDefault="00201C9C">
      <w:r>
        <w:t>Stoke Mandeville Combined School is committed to ensuring that every pupil can access the full-time education to which they are entitled. Regular attendance is essential for learning, wellbeing, safeguarding, relationships and wider development.</w:t>
      </w:r>
    </w:p>
    <w:p w:rsidR="003824A4" w:rsidRDefault="00201C9C">
      <w:r>
        <w:t>This policy reflects the Department for Education’s statutory guidance Working together to improve school attendance, updated July 2026, and relevant Buckinghamshire Council attendance guidance. It is intended to establish a consistent, supportive and legally compliant approach to attendance.</w:t>
      </w:r>
    </w:p>
    <w:p w:rsidR="003824A4" w:rsidRDefault="00201C9C">
      <w:pPr>
        <w:pStyle w:val="ListBullet"/>
      </w:pPr>
      <w:r>
        <w:t>set high expectations for attendance and punctuality for every pupil;</w:t>
      </w:r>
    </w:p>
    <w:p w:rsidR="003824A4" w:rsidRDefault="00201C9C">
      <w:pPr>
        <w:pStyle w:val="ListBullet"/>
      </w:pPr>
      <w:r>
        <w:t>promote the benefits of regular attendance and a culture in which pupils want to be in school and ready to learn;</w:t>
      </w:r>
    </w:p>
    <w:p w:rsidR="003824A4" w:rsidRDefault="00201C9C">
      <w:pPr>
        <w:pStyle w:val="ListBullet"/>
      </w:pPr>
      <w:r>
        <w:t>identify and address barriers to attendance at the earliest opportunity;</w:t>
      </w:r>
    </w:p>
    <w:p w:rsidR="003824A4" w:rsidRDefault="00201C9C">
      <w:pPr>
        <w:pStyle w:val="ListBullet"/>
      </w:pPr>
      <w:r>
        <w:t>work in partnership with pupils, parents/carers and relevant services to improve attendance;</w:t>
      </w:r>
    </w:p>
    <w:p w:rsidR="003824A4" w:rsidRDefault="00201C9C">
      <w:pPr>
        <w:pStyle w:val="ListBullet"/>
      </w:pPr>
      <w:r>
        <w:t>provide additional support and reasonable adjustments where pupils have SEND, health needs or other barriers to attendance;</w:t>
      </w:r>
    </w:p>
    <w:p w:rsidR="003824A4" w:rsidRDefault="00201C9C">
      <w:pPr>
        <w:pStyle w:val="ListBullet"/>
      </w:pPr>
      <w:r>
        <w:t>identify and respond to persistent and severe absence, including where absence may indicate a safeguarding concern; and</w:t>
      </w:r>
    </w:p>
    <w:p w:rsidR="003824A4" w:rsidRDefault="00201C9C">
      <w:pPr>
        <w:pStyle w:val="ListBullet"/>
      </w:pPr>
      <w:r>
        <w:lastRenderedPageBreak/>
        <w:t>use formal attendance support and legal intervention where appropriate and where support is not working, is not engaged with, or is not appropriate.</w:t>
      </w:r>
    </w:p>
    <w:p w:rsidR="003824A4" w:rsidRDefault="00201C9C">
      <w:pPr>
        <w:pStyle w:val="Heading1"/>
      </w:pPr>
      <w:r>
        <w:rPr>
          <w:rFonts w:ascii="Calibri" w:eastAsia="Calibri" w:hAnsi="Calibri"/>
          <w:sz w:val="22"/>
        </w:rPr>
        <w:t>2. Legislation and Guidance</w:t>
      </w:r>
    </w:p>
    <w:p w:rsidR="003824A4" w:rsidRDefault="00201C9C">
      <w:r>
        <w:t>This policy should be read alongside the following legislation and guidance:</w:t>
      </w:r>
    </w:p>
    <w:p w:rsidR="003824A4" w:rsidRDefault="00201C9C">
      <w:pPr>
        <w:pStyle w:val="ListBullet"/>
      </w:pPr>
      <w:r>
        <w:t>Department for Education: Working together to improve school attendance (July 2026) – statutory guidance;</w:t>
      </w:r>
    </w:p>
    <w:p w:rsidR="003824A4" w:rsidRDefault="00201C9C">
      <w:pPr>
        <w:pStyle w:val="ListBullet"/>
      </w:pPr>
      <w:r>
        <w:t>School Attendance (Pupil Registration) (England) Regulations 2024;</w:t>
      </w:r>
    </w:p>
    <w:p w:rsidR="003824A4" w:rsidRDefault="00201C9C">
      <w:pPr>
        <w:pStyle w:val="ListBullet"/>
      </w:pPr>
      <w:r>
        <w:t>Education Act 1996, including sections 7 and 444;</w:t>
      </w:r>
    </w:p>
    <w:p w:rsidR="003824A4" w:rsidRDefault="00201C9C">
      <w:pPr>
        <w:pStyle w:val="ListBullet"/>
      </w:pPr>
      <w:r>
        <w:t>Education Act 2002;</w:t>
      </w:r>
    </w:p>
    <w:p w:rsidR="003824A4" w:rsidRDefault="00201C9C">
      <w:pPr>
        <w:pStyle w:val="ListBullet"/>
      </w:pPr>
      <w:r>
        <w:t>Education and Inspections Act 2006;</w:t>
      </w:r>
    </w:p>
    <w:p w:rsidR="003824A4" w:rsidRDefault="00201C9C">
      <w:pPr>
        <w:pStyle w:val="ListBullet"/>
      </w:pPr>
      <w:r>
        <w:t>Education (Penalty Notices) (England) Regulations and subsequent amendments;</w:t>
      </w:r>
    </w:p>
    <w:p w:rsidR="003824A4" w:rsidRDefault="00201C9C">
      <w:pPr>
        <w:pStyle w:val="ListBullet"/>
      </w:pPr>
      <w:r>
        <w:t>Keeping Children Safe in Education;</w:t>
      </w:r>
    </w:p>
    <w:p w:rsidR="003824A4" w:rsidRDefault="00201C9C">
      <w:pPr>
        <w:pStyle w:val="ListBullet"/>
      </w:pPr>
      <w:r>
        <w:t>DfE guidance on children missing education, supporting pupils with medical conditions, education for children with health needs who cannot attend school, and providing remote education;</w:t>
      </w:r>
    </w:p>
    <w:p w:rsidR="003824A4" w:rsidRDefault="00201C9C">
      <w:pPr>
        <w:pStyle w:val="ListBullet"/>
      </w:pPr>
      <w:r>
        <w:t>Buckinghamshire Council school attendance guidance; and</w:t>
      </w:r>
    </w:p>
    <w:p w:rsidR="003824A4" w:rsidRDefault="00201C9C">
      <w:pPr>
        <w:pStyle w:val="ListBullet"/>
      </w:pPr>
      <w:r>
        <w:t>Buckinghamshire Council Code of Conduct for issuing penalty notices for unauthorised absence.</w:t>
      </w:r>
    </w:p>
    <w:p w:rsidR="003824A4" w:rsidRDefault="00201C9C">
      <w:r>
        <w:t xml:space="preserve">Key external guidance: </w:t>
      </w:r>
      <w:hyperlink r:id="rId10">
        <w:r>
          <w:rPr>
            <w:color w:val="0563C1"/>
            <w:u w:val="single"/>
          </w:rPr>
          <w:t>DfE Working together to improve school attendance</w:t>
        </w:r>
      </w:hyperlink>
      <w:r>
        <w:t xml:space="preserve"> | </w:t>
      </w:r>
      <w:hyperlink r:id="rId11">
        <w:r>
          <w:rPr>
            <w:color w:val="0563C1"/>
            <w:u w:val="single"/>
          </w:rPr>
          <w:t>Buckinghamshire Council school attendance guidance</w:t>
        </w:r>
      </w:hyperlink>
      <w:r>
        <w:t xml:space="preserve"> | </w:t>
      </w:r>
      <w:hyperlink r:id="rId12">
        <w:r>
          <w:rPr>
            <w:color w:val="0563C1"/>
            <w:u w:val="single"/>
          </w:rPr>
          <w:t>Buckinghamshire Council penalty notice Code of Conduct</w:t>
        </w:r>
      </w:hyperlink>
    </w:p>
    <w:p w:rsidR="003824A4" w:rsidRDefault="00201C9C">
      <w:pPr>
        <w:pStyle w:val="Heading1"/>
      </w:pPr>
      <w:r>
        <w:rPr>
          <w:rFonts w:ascii="Calibri" w:eastAsia="Calibri" w:hAnsi="Calibri"/>
          <w:sz w:val="22"/>
        </w:rPr>
        <w:t>3. Roles and Responsibilities</w:t>
      </w:r>
    </w:p>
    <w:p w:rsidR="003824A4" w:rsidRDefault="00201C9C">
      <w:pPr>
        <w:pStyle w:val="Heading2"/>
      </w:pPr>
      <w:r>
        <w:rPr>
          <w:rFonts w:ascii="Calibri" w:eastAsia="Calibri" w:hAnsi="Calibri"/>
          <w:sz w:val="22"/>
        </w:rPr>
        <w:t>Governing Board</w:t>
      </w:r>
    </w:p>
    <w:p w:rsidR="003824A4" w:rsidRDefault="00201C9C">
      <w:pPr>
        <w:pStyle w:val="ListBullet"/>
      </w:pPr>
      <w:r>
        <w:t>promote the importance of attendance across the school’s ethos and policies;</w:t>
      </w:r>
    </w:p>
    <w:p w:rsidR="003824A4" w:rsidRDefault="00201C9C">
      <w:pPr>
        <w:pStyle w:val="ListBullet"/>
      </w:pPr>
      <w:r>
        <w:t>hold the Headteacher and Senior Attendance Champion to account for implementation of this policy;</w:t>
      </w:r>
    </w:p>
    <w:p w:rsidR="003824A4" w:rsidRDefault="00201C9C">
      <w:pPr>
        <w:pStyle w:val="ListBullet"/>
      </w:pPr>
      <w:r>
        <w:t>regularly review and challenge attendance data, including patterns for relevant pupil cohorts;</w:t>
      </w:r>
    </w:p>
    <w:p w:rsidR="003824A4" w:rsidRDefault="00201C9C">
      <w:pPr>
        <w:pStyle w:val="ListBullet"/>
      </w:pPr>
      <w:r>
        <w:t>ensure attendance is adequately resourced and that staff receive appropriate training; and</w:t>
      </w:r>
    </w:p>
    <w:p w:rsidR="003824A4" w:rsidRDefault="00201C9C">
      <w:pPr>
        <w:pStyle w:val="ListBullet"/>
      </w:pPr>
      <w:r>
        <w:t>support leaders to develop and evaluate attendance improvement priorities.</w:t>
      </w:r>
    </w:p>
    <w:p w:rsidR="003824A4" w:rsidRDefault="00201C9C">
      <w:pPr>
        <w:pStyle w:val="Heading2"/>
      </w:pPr>
      <w:r>
        <w:rPr>
          <w:rFonts w:ascii="Calibri" w:eastAsia="Calibri" w:hAnsi="Calibri"/>
          <w:sz w:val="22"/>
        </w:rPr>
        <w:t>Headteacher</w:t>
      </w:r>
    </w:p>
    <w:p w:rsidR="003824A4" w:rsidRDefault="00201C9C">
      <w:pPr>
        <w:pStyle w:val="ListBullet"/>
      </w:pPr>
      <w:r>
        <w:t>implement this policy and communicate clear attendance expectations;</w:t>
      </w:r>
    </w:p>
    <w:p w:rsidR="003824A4" w:rsidRDefault="00201C9C">
      <w:pPr>
        <w:pStyle w:val="ListBullet"/>
      </w:pPr>
      <w:r>
        <w:t>monitor whole-school attendance, absence and punctuality and report to governors;</w:t>
      </w:r>
    </w:p>
    <w:p w:rsidR="003824A4" w:rsidRDefault="00201C9C">
      <w:pPr>
        <w:pStyle w:val="ListBullet"/>
      </w:pPr>
      <w:r>
        <w:t>ensure effective day-to-day attendance systems are in place;</w:t>
      </w:r>
    </w:p>
    <w:p w:rsidR="003824A4" w:rsidRDefault="00201C9C">
      <w:pPr>
        <w:pStyle w:val="ListBullet"/>
      </w:pPr>
      <w:r>
        <w:t>ensure appropriate support is offered and that reasonable adjustments are considered where required;</w:t>
      </w:r>
    </w:p>
    <w:p w:rsidR="003824A4" w:rsidRDefault="00201C9C">
      <w:pPr>
        <w:pStyle w:val="ListBullet"/>
      </w:pPr>
      <w:r>
        <w:t>liaise with Buckinghamshire Council and other partners where attendance concerns require wider support; and</w:t>
      </w:r>
    </w:p>
    <w:p w:rsidR="003824A4" w:rsidRDefault="00201C9C">
      <w:pPr>
        <w:pStyle w:val="ListBullet"/>
      </w:pPr>
      <w:r>
        <w:t>take decisions about leave of absence and legal intervention in accordance with this policy and the applicable local and national framework; and ensure that the attendance register is coded accurately and in accordance with the law and national attendance coding guidance.</w:t>
      </w:r>
    </w:p>
    <w:p w:rsidR="003824A4" w:rsidRDefault="00201C9C">
      <w:pPr>
        <w:pStyle w:val="Heading2"/>
      </w:pPr>
      <w:r>
        <w:rPr>
          <w:rFonts w:ascii="Calibri" w:eastAsia="Calibri" w:hAnsi="Calibri"/>
          <w:sz w:val="22"/>
        </w:rPr>
        <w:t>Senior Attendance Champion</w:t>
      </w:r>
    </w:p>
    <w:p w:rsidR="003824A4" w:rsidRDefault="00201C9C">
      <w:r>
        <w:t>The Senior Attendance Champion is Mrs H Jones. She leads, champions and improves attendance across the school, maintains oversight of attendance systems and data, coordinates targeted support, and liaises with pupils, families, the local authority and other agencies.</w:t>
      </w:r>
    </w:p>
    <w:p w:rsidR="003824A4" w:rsidRDefault="00201C9C">
      <w:pPr>
        <w:pStyle w:val="Heading2"/>
      </w:pPr>
      <w:r>
        <w:rPr>
          <w:rFonts w:ascii="Calibri" w:eastAsia="Calibri" w:hAnsi="Calibri"/>
          <w:sz w:val="22"/>
        </w:rPr>
        <w:lastRenderedPageBreak/>
        <w:t>Attendance Officer</w:t>
      </w:r>
    </w:p>
    <w:p w:rsidR="003824A4" w:rsidRDefault="00201C9C">
      <w:r>
        <w:t>The Attendance Officer is Mrs C Gundry. She monitors and analyses attendance data, follows up absence and punctuality concerns, provides reports to staff and leaders, and works with the County Attendance Team where required.</w:t>
      </w:r>
    </w:p>
    <w:p w:rsidR="003824A4" w:rsidRDefault="00201C9C">
      <w:pPr>
        <w:pStyle w:val="Heading2"/>
      </w:pPr>
      <w:r>
        <w:rPr>
          <w:rFonts w:ascii="Calibri" w:eastAsia="Calibri" w:hAnsi="Calibri"/>
          <w:sz w:val="22"/>
        </w:rPr>
        <w:t>Class Teachers and All Staff</w:t>
      </w:r>
    </w:p>
    <w:p w:rsidR="003824A4" w:rsidRDefault="00201C9C">
      <w:pPr>
        <w:pStyle w:val="ListBullet"/>
      </w:pPr>
      <w:r>
        <w:t>record attendance accurately using the correct national codes;</w:t>
      </w:r>
    </w:p>
    <w:p w:rsidR="003824A4" w:rsidRDefault="00201C9C">
      <w:pPr>
        <w:pStyle w:val="ListBullet"/>
      </w:pPr>
      <w:r>
        <w:t>follow the school’s attendance procedures consistently;</w:t>
      </w:r>
    </w:p>
    <w:p w:rsidR="003824A4" w:rsidRDefault="00201C9C">
      <w:pPr>
        <w:pStyle w:val="ListBullet"/>
      </w:pPr>
      <w:r>
        <w:t>notice and report emerging attendance concerns promptly;</w:t>
      </w:r>
    </w:p>
    <w:p w:rsidR="003824A4" w:rsidRDefault="00201C9C">
      <w:pPr>
        <w:pStyle w:val="ListBullet"/>
      </w:pPr>
      <w:r>
        <w:t>maintain positive relationships with pupils and families; and</w:t>
      </w:r>
    </w:p>
    <w:p w:rsidR="003824A4" w:rsidRDefault="00201C9C">
      <w:pPr>
        <w:pStyle w:val="ListBullet"/>
      </w:pPr>
      <w:r>
        <w:t>share relevant safeguarding, SEND, pastoral and wellbeing information with the appropriate staff.</w:t>
      </w:r>
    </w:p>
    <w:p w:rsidR="003824A4" w:rsidRDefault="00201C9C">
      <w:pPr>
        <w:pStyle w:val="Heading2"/>
      </w:pPr>
      <w:r>
        <w:rPr>
          <w:rFonts w:ascii="Calibri" w:eastAsia="Calibri" w:hAnsi="Calibri"/>
          <w:sz w:val="22"/>
        </w:rPr>
        <w:t>Parents and Carers</w:t>
      </w:r>
    </w:p>
    <w:p w:rsidR="003824A4" w:rsidRDefault="00201C9C">
      <w:pPr>
        <w:pStyle w:val="ListBullet"/>
      </w:pPr>
      <w:r>
        <w:t>ensure their child attends school regularly and on time;</w:t>
      </w:r>
    </w:p>
    <w:p w:rsidR="003824A4" w:rsidRDefault="00201C9C">
      <w:pPr>
        <w:pStyle w:val="ListBullet"/>
      </w:pPr>
      <w:r>
        <w:t>notify the school promptly on the first day of absence and provide the reason;</w:t>
      </w:r>
    </w:p>
    <w:p w:rsidR="003824A4" w:rsidRDefault="00201C9C">
      <w:pPr>
        <w:pStyle w:val="ListBullet"/>
      </w:pPr>
      <w:r>
        <w:t>provide more than one emergency contact where reasonably possible;</w:t>
      </w:r>
    </w:p>
    <w:p w:rsidR="003824A4" w:rsidRDefault="00201C9C">
      <w:pPr>
        <w:pStyle w:val="ListBullet"/>
      </w:pPr>
      <w:r>
        <w:t>make medical and dental appointments outside school hours where possible and minimise time away from school where this cannot be avoided;</w:t>
      </w:r>
    </w:p>
    <w:p w:rsidR="003824A4" w:rsidRDefault="00201C9C">
      <w:pPr>
        <w:pStyle w:val="ListBullet"/>
      </w:pPr>
      <w:r>
        <w:t>work with the school and relevant services to address barriers to attendance; and</w:t>
      </w:r>
    </w:p>
    <w:p w:rsidR="003824A4" w:rsidRDefault="00201C9C">
      <w:pPr>
        <w:pStyle w:val="ListBullet"/>
      </w:pPr>
      <w:r>
        <w:t>request any planned leave of absence in advance.</w:t>
      </w:r>
    </w:p>
    <w:p w:rsidR="003824A4" w:rsidRDefault="00201C9C">
      <w:pPr>
        <w:pStyle w:val="Heading2"/>
      </w:pPr>
      <w:r>
        <w:rPr>
          <w:rFonts w:ascii="Calibri" w:eastAsia="Calibri" w:hAnsi="Calibri"/>
          <w:sz w:val="22"/>
        </w:rPr>
        <w:t>Pupils</w:t>
      </w:r>
    </w:p>
    <w:p w:rsidR="003824A4" w:rsidRDefault="00201C9C">
      <w:r>
        <w:t>Pupils are expected to attend school regularly, arrive on time, attend all sessions and engage positively with the support provided to help them attend.</w:t>
      </w:r>
    </w:p>
    <w:p w:rsidR="003824A4" w:rsidRDefault="00201C9C">
      <w:pPr>
        <w:pStyle w:val="Heading1"/>
      </w:pPr>
      <w:r>
        <w:rPr>
          <w:rFonts w:ascii="Calibri" w:eastAsia="Calibri" w:hAnsi="Calibri"/>
          <w:sz w:val="22"/>
        </w:rPr>
        <w:t>4. Attendance Expectations and Registration</w:t>
      </w:r>
    </w:p>
    <w:p w:rsidR="003824A4" w:rsidRDefault="00201C9C">
      <w:r>
        <w:t>Regular attendance means attending all sessions, for the full duration of those sessions, unless there is a statutory reason for absence.</w:t>
      </w:r>
    </w:p>
    <w:p w:rsidR="003824A4" w:rsidRDefault="00201C9C">
      <w:r>
        <w:t>School arrangements: the school day 8.40am to 3.20pm. Gates open at 8.40am and pupils are expected to be on site and ready to learn by 8.50am.</w:t>
      </w:r>
    </w:p>
    <w:p w:rsidR="003824A4" w:rsidRDefault="00201C9C">
      <w:r>
        <w:t>The register is taken electronically using the national attendance and absence codes. The morning and afternoon registers must be taken at the same time for all pupils and the register must not remain open for more than 30 minutes.</w:t>
      </w:r>
    </w:p>
    <w:p w:rsidR="003824A4" w:rsidRDefault="00201C9C">
      <w:r>
        <w:t>The school will retain every entry in the attendance and admission registers for six years. Where an entry is amended, the original entry, amended entry, reason, date and name/position of the person making the amendment will be retained.</w:t>
      </w:r>
    </w:p>
    <w:p w:rsidR="003824A4" w:rsidRDefault="00201C9C">
      <w:r>
        <w:t>The school will maintain accurate records and make statutory attendance and admission register returns to Buckinghamshire Council and the Department for Education as required.</w:t>
      </w:r>
    </w:p>
    <w:p w:rsidR="003824A4" w:rsidRDefault="00201C9C">
      <w:pPr>
        <w:pStyle w:val="Heading1"/>
      </w:pPr>
      <w:r>
        <w:rPr>
          <w:rFonts w:ascii="Calibri" w:eastAsia="Calibri" w:hAnsi="Calibri"/>
          <w:sz w:val="22"/>
        </w:rPr>
        <w:t>5. Reporting and Following Up Absence</w:t>
      </w:r>
    </w:p>
    <w:p w:rsidR="003824A4" w:rsidRDefault="00201C9C">
      <w:r>
        <w:t>Parents/carers must contact the school on the first day of absence, before 9.00am wherever possible, explaining the reason for absence and, where known, the expected date of return.</w:t>
      </w:r>
    </w:p>
    <w:p w:rsidR="003824A4" w:rsidRDefault="00201C9C">
      <w:pPr>
        <w:pStyle w:val="ListBullet"/>
      </w:pPr>
      <w:r>
        <w:t>Where no reason has been provided, the school will make first-day contact as soon as practicable.</w:t>
      </w:r>
    </w:p>
    <w:p w:rsidR="003824A4" w:rsidRDefault="00201C9C">
      <w:pPr>
        <w:pStyle w:val="ListBullet"/>
      </w:pPr>
      <w:r>
        <w:lastRenderedPageBreak/>
        <w:t>Where absence continues without explanation, further contact will be made to establish the reason and expected return date and to address safeguarding concerns.</w:t>
      </w:r>
    </w:p>
    <w:p w:rsidR="003824A4" w:rsidRDefault="00201C9C">
      <w:pPr>
        <w:pStyle w:val="ListBullet"/>
      </w:pPr>
      <w:r>
        <w:t>Where appropriate, the school will contact other emergency contacts and relevant professionals, including a social worker or youth offending team worker.</w:t>
      </w:r>
    </w:p>
    <w:p w:rsidR="003824A4" w:rsidRDefault="00201C9C">
      <w:pPr>
        <w:pStyle w:val="ListBullet"/>
      </w:pPr>
      <w:r>
        <w:t>Where an absence is initially recorded as unexplained, the correct code will be entered as soon as the reason is known and no later than five working days after the session.</w:t>
      </w:r>
    </w:p>
    <w:p w:rsidR="003824A4" w:rsidRDefault="00201C9C">
      <w:pPr>
        <w:pStyle w:val="ListBullet"/>
      </w:pPr>
      <w:r>
        <w:t>Where a child cannot be located or there are safeguarding concerns, the school will follow its safeguarding procedures and contact relevant agencies, including Buckinghamshire Council and/or the police where appropriate.</w:t>
      </w:r>
    </w:p>
    <w:p w:rsidR="003824A4" w:rsidRDefault="00201C9C">
      <w:r>
        <w:t>Parents should provide more than one emergency contact number where reasonably possible.</w:t>
      </w:r>
    </w:p>
    <w:p w:rsidR="003824A4" w:rsidRDefault="00201C9C">
      <w:pPr>
        <w:pStyle w:val="Heading1"/>
      </w:pPr>
      <w:r>
        <w:rPr>
          <w:rFonts w:ascii="Calibri" w:eastAsia="Calibri" w:hAnsi="Calibri"/>
          <w:sz w:val="22"/>
        </w:rPr>
        <w:t>6. Medical and Other Planned Absence</w:t>
      </w:r>
    </w:p>
    <w:p w:rsidR="003824A4" w:rsidRDefault="00201C9C">
      <w:pPr>
        <w:pStyle w:val="Heading2"/>
      </w:pPr>
      <w:r>
        <w:rPr>
          <w:rFonts w:ascii="Calibri" w:eastAsia="Calibri" w:hAnsi="Calibri"/>
          <w:sz w:val="22"/>
        </w:rPr>
        <w:t>Illness</w:t>
      </w:r>
    </w:p>
    <w:p w:rsidR="003824A4" w:rsidRDefault="00201C9C">
      <w:r>
        <w:t>Where a pupil is genuinely too ill to attend, the absence will normally be recorded as authorised using the appropriate illness code. The school will not routinely request medical evidence.</w:t>
      </w:r>
    </w:p>
    <w:p w:rsidR="003824A4" w:rsidRDefault="00201C9C">
      <w:r>
        <w:t>Medical evidence may be requested where it is necessary to clarify the reason for absence, including where the school has a genuine and reasonable doubt about the authenticity of the illness, or where evidence will help the school understand what support or provision is required. The school will be flexible about the form of evidence; this may include appointment cards, prescriptions, NHS App records or other appropriate information. Lack of written medical evidence will not, in itself, prevent appropriate support being offered.</w:t>
      </w:r>
    </w:p>
    <w:p w:rsidR="003824A4" w:rsidRDefault="00201C9C">
      <w:r>
        <w:t>Where a pupil’s absence due to illness is expected to reach 15 consecutive or cumulative school days in the current school year, the school will make the required sickness return to Buckinghamshire Council and consider what education and support arrangements are required.</w:t>
      </w:r>
    </w:p>
    <w:p w:rsidR="003824A4" w:rsidRDefault="00201C9C">
      <w:pPr>
        <w:pStyle w:val="Heading2"/>
      </w:pPr>
      <w:r>
        <w:rPr>
          <w:rFonts w:ascii="Calibri" w:eastAsia="Calibri" w:hAnsi="Calibri"/>
          <w:sz w:val="22"/>
        </w:rPr>
        <w:t>Medical and dental appointments</w:t>
      </w:r>
    </w:p>
    <w:p w:rsidR="003824A4" w:rsidRDefault="00201C9C">
      <w:r>
        <w:t>Parents should arrange appointments outside school hours wherever possible. Where this is not possible, the school should be informed in advance and the pupil should be absent for the minimum time necessary. The appropriate attendance code will be used.</w:t>
      </w:r>
    </w:p>
    <w:p w:rsidR="003824A4" w:rsidRDefault="00201C9C">
      <w:pPr>
        <w:pStyle w:val="Heading2"/>
      </w:pPr>
      <w:r>
        <w:rPr>
          <w:rFonts w:ascii="Calibri" w:eastAsia="Calibri" w:hAnsi="Calibri"/>
          <w:sz w:val="22"/>
        </w:rPr>
        <w:t>Remote education</w:t>
      </w:r>
    </w:p>
    <w:p w:rsidR="003824A4" w:rsidRDefault="00201C9C">
      <w:r>
        <w:t>Remote education will not normally be used as a substitute for attendance. Where it is considered necessary, it will only be used as a last resort, after reasonable adjustments and other appropriate support have been considered, and as part of a wider plan to support the pupil’s return to school.</w:t>
      </w:r>
    </w:p>
    <w:p w:rsidR="00A21F73" w:rsidRPr="00A21F73" w:rsidRDefault="00201C9C" w:rsidP="00A21F73">
      <w:pPr>
        <w:pStyle w:val="Heading1"/>
        <w:rPr>
          <w:rFonts w:ascii="Calibri" w:eastAsia="Calibri" w:hAnsi="Calibri"/>
          <w:sz w:val="22"/>
        </w:rPr>
      </w:pPr>
      <w:r>
        <w:rPr>
          <w:rFonts w:ascii="Calibri" w:eastAsia="Calibri" w:hAnsi="Calibri"/>
          <w:sz w:val="22"/>
        </w:rPr>
        <w:t>7. Leave of Absence</w:t>
      </w:r>
    </w:p>
    <w:p w:rsidR="00A21F73" w:rsidRDefault="00A21F73" w:rsidP="00A21F73">
      <w:r>
        <w:t xml:space="preserve">The </w:t>
      </w:r>
      <w:r>
        <w:t>Headteacher,</w:t>
      </w:r>
      <w:r>
        <w:t xml:space="preserve"> has </w:t>
      </w:r>
      <w:r>
        <w:t xml:space="preserve">a legal responsibility to ensure that the school’s attendance register is completed accurately and that every absence is recorded using the appropriate attendance code. This means that where a child is not in school, the absence cannot simply be recorded as </w:t>
      </w:r>
      <w:proofErr w:type="spellStart"/>
      <w:r>
        <w:t>authorised</w:t>
      </w:r>
      <w:proofErr w:type="spellEnd"/>
      <w:r>
        <w:t xml:space="preserve"> because a parent or </w:t>
      </w:r>
      <w:proofErr w:type="spellStart"/>
      <w:r>
        <w:t>carer</w:t>
      </w:r>
      <w:proofErr w:type="spellEnd"/>
      <w:r>
        <w:t xml:space="preserve"> has provided a reason. The reason for the absence must meet the requirements for an </w:t>
      </w:r>
      <w:proofErr w:type="spellStart"/>
      <w:r>
        <w:t>authorised</w:t>
      </w:r>
      <w:proofErr w:type="spellEnd"/>
      <w:r>
        <w:t xml:space="preserve"> absence under the law and the Department for Education's statutory guidance.</w:t>
      </w:r>
    </w:p>
    <w:p w:rsidR="00A21F73" w:rsidRDefault="00A21F73" w:rsidP="00A21F73">
      <w:r>
        <w:t xml:space="preserve">Regular attendance at school is both a legal requirement and an important part of ensuring that every child receives the education to which they are entitled. Parents and </w:t>
      </w:r>
      <w:proofErr w:type="spellStart"/>
      <w:r>
        <w:t>carers</w:t>
      </w:r>
      <w:proofErr w:type="spellEnd"/>
      <w:r>
        <w:t xml:space="preserve"> have a legal responsibility to ensure that their child attends school regularly and on time.</w:t>
      </w:r>
    </w:p>
    <w:p w:rsidR="00A21F73" w:rsidRPr="00A21F73" w:rsidRDefault="00A21F73" w:rsidP="00A21F73"/>
    <w:p w:rsidR="003824A4" w:rsidRDefault="00201C9C">
      <w:r>
        <w:t>For a maintained school, leave of absence may only be granted in the specific circumstances set out in the School Attendance (Pupil Registration) (England) Regulations 2024. These include:</w:t>
      </w:r>
    </w:p>
    <w:p w:rsidR="003824A4" w:rsidRDefault="00201C9C">
      <w:pPr>
        <w:pStyle w:val="ListBullet"/>
      </w:pPr>
      <w:r>
        <w:t>regulated performance or employment abroad, where the relevant licence or approval applies;</w:t>
      </w:r>
    </w:p>
    <w:p w:rsidR="003824A4" w:rsidRDefault="00201C9C">
      <w:pPr>
        <w:pStyle w:val="ListBullet"/>
      </w:pPr>
      <w:r>
        <w:t>attendance at an interview for entry to another educational institution or future employment;</w:t>
      </w:r>
    </w:p>
    <w:p w:rsidR="003824A4" w:rsidRDefault="00201C9C">
      <w:pPr>
        <w:pStyle w:val="ListBullet"/>
      </w:pPr>
      <w:r>
        <w:t>study leave for a public examination, where agreed in advance;</w:t>
      </w:r>
    </w:p>
    <w:p w:rsidR="003824A4" w:rsidRDefault="00201C9C">
      <w:pPr>
        <w:pStyle w:val="ListBullet"/>
      </w:pPr>
      <w:r>
        <w:t>a temporary, time-limited part-time timetable for exceptional reasons, agreed with the parent and school; and</w:t>
      </w:r>
    </w:p>
    <w:p w:rsidR="003824A4" w:rsidRDefault="00201C9C">
      <w:pPr>
        <w:pStyle w:val="ListBullet"/>
      </w:pPr>
      <w:r>
        <w:t>other exceptional circumstances, considered individually by the Headteacher.</w:t>
      </w:r>
    </w:p>
    <w:p w:rsidR="003824A4" w:rsidRDefault="00201C9C">
      <w:r>
        <w:t>Requests for exceptional leave of absence must be made in advance. Each request will be considered on its individual facts and circumstances. The school will not operate a blanket policy that automatically authorises particular events or circumstances.</w:t>
      </w:r>
    </w:p>
    <w:p w:rsidR="003824A4" w:rsidRDefault="00201C9C">
      <w:r>
        <w:t>The DfE does not generally regard a holiday or leisure/recreation as an exceptional circumstance. Leave of absence will not normally be granted for term-time holidays. Parents and carers should refer to Section 4, ‘Authorised and Unauthorised Absence’, for further information about term-time holidays and examples of circumstances that would not normally be considered exceptional. Leave will not be granted for a pupil to take part in protest activity during school hours.</w:t>
      </w:r>
    </w:p>
    <w:p w:rsidR="003824A4" w:rsidRDefault="00201C9C">
      <w:r>
        <w:t>Medical appointments and other absences must be coded according to the national attendance coding guidance and are not automatically authorised simply because they are described as appointments.</w:t>
      </w:r>
    </w:p>
    <w:p w:rsidR="003824A4" w:rsidRDefault="00201C9C">
      <w:r>
        <w:t>Parents should submit requests as early as possible and normally at least four school weeks before the proposed absence. The school may request supporting evidence where appropriate.</w:t>
      </w:r>
    </w:p>
    <w:p w:rsidR="003824A4" w:rsidRDefault="00201C9C">
      <w:r>
        <w:t xml:space="preserve">The Headteacher will consider the pupil’s individual circumstances, including SEND, health, safeguarding and equality considerations, when </w:t>
      </w:r>
      <w:proofErr w:type="gramStart"/>
      <w:r>
        <w:t>making a decision</w:t>
      </w:r>
      <w:proofErr w:type="gramEnd"/>
      <w:r>
        <w:t>.</w:t>
      </w:r>
    </w:p>
    <w:p w:rsidR="00365314" w:rsidRPr="00365314" w:rsidRDefault="00365314" w:rsidP="00365314">
      <w:pPr>
        <w:pStyle w:val="Heading3"/>
        <w:rPr>
          <w:rFonts w:eastAsia="Times New Roman" w:cstheme="majorHAnsi"/>
        </w:rPr>
      </w:pPr>
      <w:r>
        <w:rPr>
          <w:rFonts w:cstheme="majorHAnsi"/>
        </w:rPr>
        <w:t>T</w:t>
      </w:r>
      <w:r w:rsidRPr="00365314">
        <w:rPr>
          <w:rFonts w:cstheme="majorHAnsi"/>
        </w:rPr>
        <w:t>erm-time holidays – reasons that would not normally be exceptional</w:t>
      </w:r>
    </w:p>
    <w:p w:rsidR="00365314" w:rsidRPr="00365314" w:rsidRDefault="00365314" w:rsidP="00365314">
      <w:pPr>
        <w:pStyle w:val="NormalWeb"/>
        <w:rPr>
          <w:rFonts w:asciiTheme="majorHAnsi" w:hAnsiTheme="majorHAnsi" w:cstheme="majorHAnsi"/>
          <w:sz w:val="22"/>
          <w:szCs w:val="22"/>
        </w:rPr>
      </w:pPr>
      <w:r w:rsidRPr="00365314">
        <w:rPr>
          <w:rFonts w:asciiTheme="majorHAnsi" w:hAnsiTheme="majorHAnsi" w:cstheme="majorHAnsi"/>
          <w:sz w:val="22"/>
          <w:szCs w:val="22"/>
        </w:rPr>
        <w:t xml:space="preserve">The following would </w:t>
      </w:r>
      <w:r w:rsidRPr="00365314">
        <w:rPr>
          <w:rStyle w:val="Strong"/>
          <w:rFonts w:asciiTheme="majorHAnsi" w:hAnsiTheme="majorHAnsi" w:cstheme="majorHAnsi"/>
          <w:sz w:val="22"/>
          <w:szCs w:val="22"/>
        </w:rPr>
        <w:t>not normally be considered exceptional circumstances</w:t>
      </w:r>
      <w:r w:rsidRPr="00365314">
        <w:rPr>
          <w:rFonts w:asciiTheme="majorHAnsi" w:hAnsiTheme="majorHAnsi" w:cstheme="majorHAnsi"/>
          <w:sz w:val="22"/>
          <w:szCs w:val="22"/>
        </w:rPr>
        <w:t xml:space="preserve"> and would therefore normally result in the absence being recorded as unauthorised</w:t>
      </w:r>
      <w:r>
        <w:rPr>
          <w:rFonts w:asciiTheme="majorHAnsi" w:hAnsiTheme="majorHAnsi" w:cstheme="majorHAnsi"/>
          <w:sz w:val="22"/>
          <w:szCs w:val="22"/>
        </w:rPr>
        <w:t>:</w:t>
      </w:r>
      <w:bookmarkStart w:id="0" w:name="_GoBack"/>
      <w:bookmarkEnd w:id="0"/>
    </w:p>
    <w:p w:rsidR="00365314" w:rsidRPr="00365314" w:rsidRDefault="00365314" w:rsidP="00365314">
      <w:pPr>
        <w:numPr>
          <w:ilvl w:val="0"/>
          <w:numId w:val="10"/>
        </w:numPr>
        <w:spacing w:before="100" w:beforeAutospacing="1" w:after="100" w:afterAutospacing="1" w:line="240" w:lineRule="auto"/>
        <w:rPr>
          <w:rFonts w:asciiTheme="majorHAnsi" w:hAnsiTheme="majorHAnsi" w:cstheme="majorHAnsi"/>
        </w:rPr>
      </w:pPr>
      <w:r w:rsidRPr="00365314">
        <w:rPr>
          <w:rFonts w:asciiTheme="majorHAnsi" w:hAnsiTheme="majorHAnsi" w:cstheme="majorHAnsi"/>
        </w:rPr>
        <w:t xml:space="preserve">the holiday being </w:t>
      </w:r>
      <w:r w:rsidRPr="00365314">
        <w:rPr>
          <w:rStyle w:val="Strong"/>
          <w:rFonts w:asciiTheme="majorHAnsi" w:hAnsiTheme="majorHAnsi" w:cstheme="majorHAnsi"/>
          <w:b w:val="0"/>
        </w:rPr>
        <w:t>cheaper during term time</w:t>
      </w:r>
      <w:r w:rsidRPr="00365314">
        <w:rPr>
          <w:rFonts w:asciiTheme="majorHAnsi" w:hAnsiTheme="majorHAnsi" w:cstheme="majorHAnsi"/>
        </w:rPr>
        <w:t xml:space="preserve"> or the family being unable to afford the cost during school holidays; </w:t>
      </w:r>
    </w:p>
    <w:p w:rsidR="00365314" w:rsidRPr="00365314" w:rsidRDefault="00365314" w:rsidP="00365314">
      <w:pPr>
        <w:numPr>
          <w:ilvl w:val="0"/>
          <w:numId w:val="10"/>
        </w:numPr>
        <w:spacing w:before="100" w:beforeAutospacing="1" w:after="100" w:afterAutospacing="1" w:line="240" w:lineRule="auto"/>
        <w:rPr>
          <w:rFonts w:asciiTheme="majorHAnsi" w:hAnsiTheme="majorHAnsi" w:cstheme="majorHAnsi"/>
        </w:rPr>
      </w:pPr>
      <w:r w:rsidRPr="00365314">
        <w:rPr>
          <w:rFonts w:asciiTheme="majorHAnsi" w:hAnsiTheme="majorHAnsi" w:cstheme="majorHAnsi"/>
        </w:rPr>
        <w:t>parents/</w:t>
      </w:r>
      <w:proofErr w:type="spellStart"/>
      <w:r w:rsidRPr="00365314">
        <w:rPr>
          <w:rFonts w:asciiTheme="majorHAnsi" w:hAnsiTheme="majorHAnsi" w:cstheme="majorHAnsi"/>
        </w:rPr>
        <w:t>carers</w:t>
      </w:r>
      <w:proofErr w:type="spellEnd"/>
      <w:r w:rsidRPr="00365314">
        <w:rPr>
          <w:rFonts w:asciiTheme="majorHAnsi" w:hAnsiTheme="majorHAnsi" w:cstheme="majorHAnsi"/>
        </w:rPr>
        <w:t xml:space="preserve"> being </w:t>
      </w:r>
      <w:r w:rsidRPr="00365314">
        <w:rPr>
          <w:rStyle w:val="Strong"/>
          <w:rFonts w:asciiTheme="majorHAnsi" w:hAnsiTheme="majorHAnsi" w:cstheme="majorHAnsi"/>
          <w:b w:val="0"/>
        </w:rPr>
        <w:t>unable to coordinate or obtain annual leave</w:t>
      </w:r>
      <w:r w:rsidRPr="00365314">
        <w:rPr>
          <w:rFonts w:asciiTheme="majorHAnsi" w:hAnsiTheme="majorHAnsi" w:cstheme="majorHAnsi"/>
        </w:rPr>
        <w:t xml:space="preserve"> during the school holidays; </w:t>
      </w:r>
    </w:p>
    <w:p w:rsidR="00365314" w:rsidRPr="00365314" w:rsidRDefault="00365314" w:rsidP="00365314">
      <w:pPr>
        <w:numPr>
          <w:ilvl w:val="0"/>
          <w:numId w:val="10"/>
        </w:numPr>
        <w:spacing w:before="100" w:beforeAutospacing="1" w:after="100" w:afterAutospacing="1" w:line="240" w:lineRule="auto"/>
        <w:rPr>
          <w:rFonts w:asciiTheme="majorHAnsi" w:hAnsiTheme="majorHAnsi" w:cstheme="majorHAnsi"/>
        </w:rPr>
      </w:pPr>
      <w:r w:rsidRPr="00365314">
        <w:rPr>
          <w:rFonts w:asciiTheme="majorHAnsi" w:hAnsiTheme="majorHAnsi" w:cstheme="majorHAnsi"/>
        </w:rPr>
        <w:t xml:space="preserve">work commitments or self-employment making holidays during school holidays more difficult; </w:t>
      </w:r>
    </w:p>
    <w:p w:rsidR="00365314" w:rsidRPr="00365314" w:rsidRDefault="00365314" w:rsidP="00365314">
      <w:pPr>
        <w:numPr>
          <w:ilvl w:val="0"/>
          <w:numId w:val="10"/>
        </w:numPr>
        <w:spacing w:before="100" w:beforeAutospacing="1" w:after="100" w:afterAutospacing="1" w:line="240" w:lineRule="auto"/>
        <w:rPr>
          <w:rFonts w:asciiTheme="majorHAnsi" w:hAnsiTheme="majorHAnsi" w:cstheme="majorHAnsi"/>
        </w:rPr>
      </w:pPr>
      <w:r w:rsidRPr="00365314">
        <w:rPr>
          <w:rFonts w:asciiTheme="majorHAnsi" w:hAnsiTheme="majorHAnsi" w:cstheme="majorHAnsi"/>
        </w:rPr>
        <w:t xml:space="preserve">a sibling attending another school with </w:t>
      </w:r>
      <w:r w:rsidRPr="00365314">
        <w:rPr>
          <w:rStyle w:val="Strong"/>
          <w:rFonts w:asciiTheme="majorHAnsi" w:hAnsiTheme="majorHAnsi" w:cstheme="majorHAnsi"/>
          <w:b w:val="0"/>
        </w:rPr>
        <w:t>different holiday dates</w:t>
      </w:r>
      <w:r w:rsidRPr="00365314">
        <w:rPr>
          <w:rFonts w:asciiTheme="majorHAnsi" w:hAnsiTheme="majorHAnsi" w:cstheme="majorHAnsi"/>
        </w:rPr>
        <w:t xml:space="preserve">; </w:t>
      </w:r>
    </w:p>
    <w:p w:rsidR="00365314" w:rsidRPr="00365314" w:rsidRDefault="00365314" w:rsidP="00365314">
      <w:pPr>
        <w:numPr>
          <w:ilvl w:val="0"/>
          <w:numId w:val="10"/>
        </w:numPr>
        <w:spacing w:before="100" w:beforeAutospacing="1" w:after="100" w:afterAutospacing="1" w:line="240" w:lineRule="auto"/>
        <w:rPr>
          <w:rFonts w:asciiTheme="majorHAnsi" w:hAnsiTheme="majorHAnsi" w:cstheme="majorHAnsi"/>
        </w:rPr>
      </w:pPr>
      <w:r w:rsidRPr="00365314">
        <w:rPr>
          <w:rFonts w:asciiTheme="majorHAnsi" w:hAnsiTheme="majorHAnsi" w:cstheme="majorHAnsi"/>
        </w:rPr>
        <w:t xml:space="preserve">the holiday being for a </w:t>
      </w:r>
      <w:r w:rsidRPr="00365314">
        <w:rPr>
          <w:rStyle w:val="Strong"/>
          <w:rFonts w:asciiTheme="majorHAnsi" w:hAnsiTheme="majorHAnsi" w:cstheme="majorHAnsi"/>
          <w:b w:val="0"/>
        </w:rPr>
        <w:t>birthday, anniversary or family celebration</w:t>
      </w:r>
      <w:r w:rsidRPr="00365314">
        <w:rPr>
          <w:rFonts w:asciiTheme="majorHAnsi" w:hAnsiTheme="majorHAnsi" w:cstheme="majorHAnsi"/>
        </w:rPr>
        <w:t xml:space="preserve">; </w:t>
      </w:r>
    </w:p>
    <w:p w:rsidR="00365314" w:rsidRPr="00365314" w:rsidRDefault="00365314" w:rsidP="00365314">
      <w:pPr>
        <w:numPr>
          <w:ilvl w:val="0"/>
          <w:numId w:val="10"/>
        </w:numPr>
        <w:spacing w:before="100" w:beforeAutospacing="1" w:after="100" w:afterAutospacing="1" w:line="240" w:lineRule="auto"/>
        <w:rPr>
          <w:rFonts w:asciiTheme="majorHAnsi" w:hAnsiTheme="majorHAnsi" w:cstheme="majorHAnsi"/>
        </w:rPr>
      </w:pPr>
      <w:r w:rsidRPr="00365314">
        <w:rPr>
          <w:rFonts w:asciiTheme="majorHAnsi" w:hAnsiTheme="majorHAnsi" w:cstheme="majorHAnsi"/>
        </w:rPr>
        <w:t xml:space="preserve">the holiday having already been </w:t>
      </w:r>
      <w:r w:rsidRPr="00365314">
        <w:rPr>
          <w:rStyle w:val="Strong"/>
          <w:rFonts w:asciiTheme="majorHAnsi" w:hAnsiTheme="majorHAnsi" w:cstheme="majorHAnsi"/>
          <w:b w:val="0"/>
        </w:rPr>
        <w:t>booked or paid for</w:t>
      </w:r>
      <w:r w:rsidRPr="00365314">
        <w:rPr>
          <w:rFonts w:asciiTheme="majorHAnsi" w:hAnsiTheme="majorHAnsi" w:cstheme="majorHAnsi"/>
        </w:rPr>
        <w:t xml:space="preserve">, including where the booking is non-refundable; </w:t>
      </w:r>
    </w:p>
    <w:p w:rsidR="00365314" w:rsidRPr="00365314" w:rsidRDefault="00365314" w:rsidP="00365314">
      <w:pPr>
        <w:numPr>
          <w:ilvl w:val="0"/>
          <w:numId w:val="10"/>
        </w:numPr>
        <w:spacing w:before="100" w:beforeAutospacing="1" w:after="100" w:afterAutospacing="1" w:line="240" w:lineRule="auto"/>
        <w:rPr>
          <w:rFonts w:asciiTheme="majorHAnsi" w:hAnsiTheme="majorHAnsi" w:cstheme="majorHAnsi"/>
        </w:rPr>
      </w:pPr>
      <w:r w:rsidRPr="00365314">
        <w:rPr>
          <w:rFonts w:asciiTheme="majorHAnsi" w:hAnsiTheme="majorHAnsi" w:cstheme="majorHAnsi"/>
        </w:rPr>
        <w:t xml:space="preserve">preferred travel dates, flight availability or avoiding busy/expensive travel periods; </w:t>
      </w:r>
    </w:p>
    <w:p w:rsidR="00365314" w:rsidRPr="00365314" w:rsidRDefault="00365314" w:rsidP="00365314">
      <w:pPr>
        <w:numPr>
          <w:ilvl w:val="0"/>
          <w:numId w:val="10"/>
        </w:numPr>
        <w:spacing w:before="100" w:beforeAutospacing="1" w:after="100" w:afterAutospacing="1" w:line="240" w:lineRule="auto"/>
        <w:rPr>
          <w:rFonts w:asciiTheme="majorHAnsi" w:hAnsiTheme="majorHAnsi" w:cstheme="majorHAnsi"/>
        </w:rPr>
      </w:pPr>
      <w:r w:rsidRPr="00365314">
        <w:rPr>
          <w:rFonts w:asciiTheme="majorHAnsi" w:hAnsiTheme="majorHAnsi" w:cstheme="majorHAnsi"/>
        </w:rPr>
        <w:t xml:space="preserve">visiting family or friends, including relatives who live overseas; or </w:t>
      </w:r>
    </w:p>
    <w:p w:rsidR="00365314" w:rsidRPr="00365314" w:rsidRDefault="00365314" w:rsidP="00365314">
      <w:pPr>
        <w:numPr>
          <w:ilvl w:val="0"/>
          <w:numId w:val="10"/>
        </w:numPr>
        <w:spacing w:before="100" w:beforeAutospacing="1" w:after="100" w:afterAutospacing="1" w:line="240" w:lineRule="auto"/>
        <w:rPr>
          <w:rFonts w:asciiTheme="majorHAnsi" w:hAnsiTheme="majorHAnsi" w:cstheme="majorHAnsi"/>
        </w:rPr>
      </w:pPr>
      <w:r w:rsidRPr="00365314">
        <w:rPr>
          <w:rFonts w:asciiTheme="majorHAnsi" w:hAnsiTheme="majorHAnsi" w:cstheme="majorHAnsi"/>
        </w:rPr>
        <w:t xml:space="preserve">wanting to extend a weekend or take additional leisure time. </w:t>
      </w:r>
    </w:p>
    <w:p w:rsidR="00365314" w:rsidRPr="00365314" w:rsidRDefault="00365314" w:rsidP="00365314">
      <w:pPr>
        <w:pStyle w:val="NormalWeb"/>
        <w:rPr>
          <w:rFonts w:asciiTheme="majorHAnsi" w:hAnsiTheme="majorHAnsi" w:cstheme="majorHAnsi"/>
          <w:sz w:val="22"/>
          <w:szCs w:val="22"/>
        </w:rPr>
      </w:pPr>
      <w:r w:rsidRPr="00365314">
        <w:rPr>
          <w:rFonts w:asciiTheme="majorHAnsi" w:hAnsiTheme="majorHAnsi" w:cstheme="majorHAnsi"/>
          <w:sz w:val="22"/>
          <w:szCs w:val="22"/>
        </w:rPr>
        <w:t xml:space="preserve">These examples are not exhaustive. Each request will be considered individually, but </w:t>
      </w:r>
      <w:r w:rsidRPr="00365314">
        <w:rPr>
          <w:rStyle w:val="Strong"/>
          <w:rFonts w:asciiTheme="majorHAnsi" w:hAnsiTheme="majorHAnsi" w:cstheme="majorHAnsi"/>
          <w:b w:val="0"/>
          <w:sz w:val="22"/>
          <w:szCs w:val="22"/>
        </w:rPr>
        <w:t>the fact that a holiday is cheaper, more convenient or difficult to arrange during the school holidays will not normally make it an exceptional circumstance</w:t>
      </w:r>
      <w:r w:rsidRPr="00365314">
        <w:rPr>
          <w:rFonts w:asciiTheme="majorHAnsi" w:hAnsiTheme="majorHAnsi" w:cstheme="majorHAnsi"/>
          <w:sz w:val="22"/>
          <w:szCs w:val="22"/>
        </w:rPr>
        <w:t>. Parents/carers should not make non-refundable bookings before receiving confirmation that leave has been authorised.</w:t>
      </w:r>
    </w:p>
    <w:p w:rsidR="00365314" w:rsidRPr="00365314" w:rsidRDefault="00365314" w:rsidP="00365314">
      <w:pPr>
        <w:pStyle w:val="Heading3"/>
        <w:rPr>
          <w:rFonts w:cstheme="majorHAnsi"/>
        </w:rPr>
      </w:pPr>
      <w:r w:rsidRPr="00365314">
        <w:rPr>
          <w:rFonts w:cstheme="majorHAnsi"/>
        </w:rPr>
        <w:lastRenderedPageBreak/>
        <w:t>SEND and additional needs</w:t>
      </w:r>
    </w:p>
    <w:p w:rsidR="00365314" w:rsidRPr="00365314" w:rsidRDefault="00365314" w:rsidP="00365314">
      <w:pPr>
        <w:pStyle w:val="NormalWeb"/>
        <w:rPr>
          <w:rFonts w:asciiTheme="majorHAnsi" w:hAnsiTheme="majorHAnsi" w:cstheme="majorHAnsi"/>
          <w:sz w:val="22"/>
          <w:szCs w:val="22"/>
        </w:rPr>
      </w:pPr>
      <w:r w:rsidRPr="00365314">
        <w:rPr>
          <w:rFonts w:asciiTheme="majorHAnsi" w:hAnsiTheme="majorHAnsi" w:cstheme="majorHAnsi"/>
          <w:sz w:val="22"/>
          <w:szCs w:val="22"/>
        </w:rPr>
        <w:t xml:space="preserve">Having </w:t>
      </w:r>
      <w:r w:rsidRPr="00365314">
        <w:rPr>
          <w:rStyle w:val="Strong"/>
          <w:rFonts w:asciiTheme="majorHAnsi" w:hAnsiTheme="majorHAnsi" w:cstheme="majorHAnsi"/>
          <w:b w:val="0"/>
          <w:sz w:val="22"/>
          <w:szCs w:val="22"/>
        </w:rPr>
        <w:t>SEND, an EHCP or a disability does not, in itself, make an absence authorised</w:t>
      </w:r>
      <w:r w:rsidRPr="00365314">
        <w:rPr>
          <w:rFonts w:asciiTheme="majorHAnsi" w:hAnsiTheme="majorHAnsi" w:cstheme="majorHAnsi"/>
          <w:sz w:val="22"/>
          <w:szCs w:val="22"/>
        </w:rPr>
        <w:t>. The same applies where a sibling has SEND or additional needs.</w:t>
      </w:r>
    </w:p>
    <w:p w:rsidR="00A21F73" w:rsidRPr="00365314" w:rsidRDefault="00365314" w:rsidP="00365314">
      <w:pPr>
        <w:pStyle w:val="NormalWeb"/>
        <w:rPr>
          <w:rFonts w:asciiTheme="majorHAnsi" w:hAnsiTheme="majorHAnsi" w:cstheme="majorHAnsi"/>
          <w:sz w:val="22"/>
          <w:szCs w:val="22"/>
        </w:rPr>
      </w:pPr>
      <w:r w:rsidRPr="00365314">
        <w:rPr>
          <w:rFonts w:asciiTheme="majorHAnsi" w:hAnsiTheme="majorHAnsi" w:cstheme="majorHAnsi"/>
          <w:sz w:val="22"/>
          <w:szCs w:val="22"/>
        </w:rPr>
        <w:t xml:space="preserve">Where SEND or another additional need is creating a barrier to attendance, the school will work with the family to understand the barrier and consider appropriate support and reasonable adjustments. </w:t>
      </w:r>
      <w:r w:rsidRPr="00365314">
        <w:rPr>
          <w:rStyle w:val="Strong"/>
          <w:rFonts w:asciiTheme="majorHAnsi" w:hAnsiTheme="majorHAnsi" w:cstheme="majorHAnsi"/>
          <w:b w:val="0"/>
          <w:sz w:val="22"/>
          <w:szCs w:val="22"/>
        </w:rPr>
        <w:t>Support for a barrier to attendance does not automatically mean that an absence can be authorised.</w:t>
      </w:r>
    </w:p>
    <w:p w:rsidR="003824A4" w:rsidRDefault="00201C9C">
      <w:pPr>
        <w:pStyle w:val="Heading1"/>
      </w:pPr>
      <w:r>
        <w:rPr>
          <w:rFonts w:ascii="Calibri" w:eastAsia="Calibri" w:hAnsi="Calibri"/>
          <w:sz w:val="22"/>
        </w:rPr>
        <w:t>8. Lateness and Punctuality</w:t>
      </w:r>
    </w:p>
    <w:p w:rsidR="003824A4" w:rsidRDefault="00201C9C">
      <w:r>
        <w:t>Pupils are expected to arrive on time and attend all sessions. A pupil who arrives after registration has begun but before the register closes will be recorded using code L. A pupil who arrives after the register has closed will normally be recorded using code U unless another absence code is appropriate.</w:t>
      </w:r>
    </w:p>
    <w:p w:rsidR="003824A4" w:rsidRDefault="00201C9C">
      <w:r>
        <w:t>The register will not be kept open for more than 30 minutes. Repeated lateness will be monitored and may be addressed through attendance support and, where appropriate, legal intervention.</w:t>
      </w:r>
    </w:p>
    <w:p w:rsidR="003824A4" w:rsidRDefault="00201C9C">
      <w:pPr>
        <w:pStyle w:val="Heading1"/>
      </w:pPr>
      <w:r>
        <w:rPr>
          <w:rFonts w:ascii="Calibri" w:eastAsia="Calibri" w:hAnsi="Calibri"/>
          <w:sz w:val="22"/>
        </w:rPr>
        <w:t>9. Supporting Attendance</w:t>
      </w:r>
    </w:p>
    <w:p w:rsidR="003824A4" w:rsidRDefault="00201C9C">
      <w:r>
        <w:t>The school recognises that absence is often a symptom of wider issues. Attendance improvement will therefore begin with listening to pupils and families, understanding barriers and working together to remove them.</w:t>
      </w:r>
    </w:p>
    <w:p w:rsidR="003824A4" w:rsidRDefault="00201C9C">
      <w:pPr>
        <w:pStyle w:val="ListBullet"/>
      </w:pPr>
      <w:r>
        <w:t>early conversations with pupils and parents/carers;</w:t>
      </w:r>
    </w:p>
    <w:p w:rsidR="003824A4" w:rsidRDefault="00201C9C">
      <w:pPr>
        <w:pStyle w:val="ListBullet"/>
      </w:pPr>
      <w:r>
        <w:t>individual attendance support and agreed actions;</w:t>
      </w:r>
    </w:p>
    <w:p w:rsidR="003824A4" w:rsidRDefault="00201C9C">
      <w:pPr>
        <w:pStyle w:val="ListBullet"/>
      </w:pPr>
      <w:r>
        <w:t>pastoral, wellbeing and behaviour support;</w:t>
      </w:r>
    </w:p>
    <w:p w:rsidR="003824A4" w:rsidRDefault="00201C9C">
      <w:pPr>
        <w:pStyle w:val="ListBullet"/>
      </w:pPr>
      <w:r>
        <w:t>support for SEND and reasonable adjustments where appropriate;</w:t>
      </w:r>
    </w:p>
    <w:p w:rsidR="003824A4" w:rsidRDefault="00201C9C">
      <w:pPr>
        <w:pStyle w:val="ListBullet"/>
      </w:pPr>
      <w:r>
        <w:t>support for pupils with physical or mental health needs;</w:t>
      </w:r>
    </w:p>
    <w:p w:rsidR="003824A4" w:rsidRDefault="00201C9C">
      <w:pPr>
        <w:pStyle w:val="ListBullet"/>
      </w:pPr>
      <w:r>
        <w:t>support for pupils who are young carers;</w:t>
      </w:r>
    </w:p>
    <w:p w:rsidR="003824A4" w:rsidRDefault="00201C9C">
      <w:pPr>
        <w:pStyle w:val="ListBullet"/>
      </w:pPr>
      <w:r>
        <w:t>support for children with a social worker or other vulnerabilities;</w:t>
      </w:r>
    </w:p>
    <w:p w:rsidR="003824A4" w:rsidRDefault="00201C9C">
      <w:pPr>
        <w:pStyle w:val="ListBullet"/>
      </w:pPr>
      <w:r>
        <w:t>early help and referrals to wider services where appropriate;</w:t>
      </w:r>
    </w:p>
    <w:p w:rsidR="003824A4" w:rsidRDefault="00201C9C">
      <w:pPr>
        <w:pStyle w:val="ListBullet"/>
      </w:pPr>
      <w:r>
        <w:t>attendance contracts where formalised support is appropriate;</w:t>
      </w:r>
    </w:p>
    <w:p w:rsidR="003824A4" w:rsidRDefault="00201C9C">
      <w:pPr>
        <w:pStyle w:val="ListBullet"/>
      </w:pPr>
      <w:r>
        <w:t>reintegration and phased return arrangements where appropriate and time-limited; and</w:t>
      </w:r>
    </w:p>
    <w:p w:rsidR="003824A4" w:rsidRDefault="00201C9C">
      <w:pPr>
        <w:pStyle w:val="ListBullet"/>
      </w:pPr>
      <w:r>
        <w:t>regular review of the impact of interventions, adapting support where necessary.</w:t>
      </w:r>
    </w:p>
    <w:p w:rsidR="003824A4" w:rsidRDefault="00201C9C">
      <w:r>
        <w:t>The school will work particularly closely with families where attendance barriers relate to SEND, disability, health, anxiety, transport, routines, lunchtime arrangements or access to provision. The attendance ambition remains high for all pupils, but support and reasonable adjustments will be tailored to individual need.</w:t>
      </w:r>
    </w:p>
    <w:p w:rsidR="003824A4" w:rsidRDefault="00201C9C">
      <w:pPr>
        <w:pStyle w:val="Heading1"/>
      </w:pPr>
      <w:r>
        <w:rPr>
          <w:rFonts w:ascii="Calibri" w:eastAsia="Calibri" w:hAnsi="Calibri"/>
          <w:sz w:val="22"/>
        </w:rPr>
        <w:t>10. Persistent and Severe Absence</w:t>
      </w:r>
    </w:p>
    <w:p w:rsidR="003824A4" w:rsidRDefault="00201C9C">
      <w:r>
        <w:t>Persistent absence is defined by the DfE as absence of 10% or more. Severe absence is absence of 50% or more.</w:t>
      </w:r>
    </w:p>
    <w:p w:rsidR="003824A4" w:rsidRDefault="00201C9C">
      <w:pPr>
        <w:pStyle w:val="ListBullet"/>
      </w:pPr>
      <w:r>
        <w:t>Attendance will be monitored from the earliest signs of concern; the school will not wait until a pupil reaches the persistent absence threshold before offering support.</w:t>
      </w:r>
    </w:p>
    <w:p w:rsidR="003824A4" w:rsidRDefault="00201C9C">
      <w:pPr>
        <w:pStyle w:val="ListBullet"/>
      </w:pPr>
      <w:r>
        <w:t>Weekly attendance patterns and trends will be analysed, including individual pupils, year groups and relevant cohorts.</w:t>
      </w:r>
    </w:p>
    <w:p w:rsidR="003824A4" w:rsidRDefault="00201C9C">
      <w:pPr>
        <w:pStyle w:val="ListBullet"/>
      </w:pPr>
      <w:r>
        <w:lastRenderedPageBreak/>
        <w:t>Half-termly, termly and annual data will be analysed for patterns, trends, codes, days of poor attendance and relevant groups.</w:t>
      </w:r>
    </w:p>
    <w:p w:rsidR="003824A4" w:rsidRDefault="00201C9C">
      <w:pPr>
        <w:pStyle w:val="ListBullet"/>
      </w:pPr>
      <w:r>
        <w:t>Attendance will be benchmarked against local, regional and national levels or comparable schools where appropriate.</w:t>
      </w:r>
    </w:p>
    <w:p w:rsidR="003824A4" w:rsidRDefault="00201C9C">
      <w:pPr>
        <w:pStyle w:val="ListBullet"/>
      </w:pPr>
      <w:r>
        <w:t>Regular meetings will be held with families of pupils who are vulnerable or persistently/severely absent.</w:t>
      </w:r>
    </w:p>
    <w:p w:rsidR="003824A4" w:rsidRDefault="00201C9C">
      <w:pPr>
        <w:pStyle w:val="ListBullet"/>
      </w:pPr>
      <w:r>
        <w:t>Where support is not successful or is not engaged with, the school will work with Buckinghamshire Council on formal support and/or legal intervention.</w:t>
      </w:r>
    </w:p>
    <w:p w:rsidR="003824A4" w:rsidRDefault="00201C9C">
      <w:pPr>
        <w:pStyle w:val="ListBullet"/>
      </w:pPr>
      <w:r>
        <w:t>Where severe absence or unexplained absence raises safeguarding concerns, the school will act in accordance with its safeguarding procedures.</w:t>
      </w:r>
    </w:p>
    <w:p w:rsidR="003824A4" w:rsidRDefault="00201C9C">
      <w:pPr>
        <w:pStyle w:val="Heading1"/>
      </w:pPr>
      <w:r>
        <w:rPr>
          <w:rFonts w:ascii="Calibri" w:eastAsia="Calibri" w:hAnsi="Calibri"/>
          <w:sz w:val="22"/>
        </w:rPr>
        <w:t>11. Attendance Monitoring and Data</w:t>
      </w:r>
    </w:p>
    <w:p w:rsidR="003824A4" w:rsidRDefault="00201C9C">
      <w:r>
        <w:t>Attendance will be monitored weekly and reviewed at half-termly, termly and annual points. Analysis will go beyond headline percentages and consider individual pupils, cohorts, punctuality and patterns of absence.</w:t>
      </w:r>
    </w:p>
    <w:p w:rsidR="003824A4" w:rsidRDefault="00201C9C">
      <w:pPr>
        <w:pStyle w:val="ListBullet"/>
      </w:pPr>
      <w:r>
        <w:t>pupils with SEND or disabilities;</w:t>
      </w:r>
    </w:p>
    <w:p w:rsidR="003824A4" w:rsidRDefault="00201C9C">
      <w:pPr>
        <w:pStyle w:val="ListBullet"/>
      </w:pPr>
      <w:r>
        <w:t>pupils with a social worker or who are looked after;</w:t>
      </w:r>
    </w:p>
    <w:p w:rsidR="003824A4" w:rsidRDefault="00201C9C">
      <w:pPr>
        <w:pStyle w:val="ListBullet"/>
      </w:pPr>
      <w:r>
        <w:t>young carers;</w:t>
      </w:r>
    </w:p>
    <w:p w:rsidR="003824A4" w:rsidRDefault="00201C9C">
      <w:pPr>
        <w:pStyle w:val="ListBullet"/>
      </w:pPr>
      <w:r>
        <w:t>pupils eligible for disadvantaged funding where relevant;</w:t>
      </w:r>
    </w:p>
    <w:p w:rsidR="003824A4" w:rsidRDefault="00201C9C">
      <w:pPr>
        <w:pStyle w:val="ListBullet"/>
      </w:pPr>
      <w:r>
        <w:t>year groups and other cohorts relevant to the school’s context; and</w:t>
      </w:r>
    </w:p>
    <w:p w:rsidR="003824A4" w:rsidRDefault="00201C9C">
      <w:pPr>
        <w:pStyle w:val="ListBullet"/>
      </w:pPr>
      <w:r>
        <w:t>any group identified through the school’s equality duties or attendance data.</w:t>
      </w:r>
    </w:p>
    <w:p w:rsidR="003824A4" w:rsidRDefault="00201C9C">
      <w:r>
        <w:t>Attendance reports will be shared with class teachers and relevant leaders, including the SENCO, Designated Safeguarding Lead and pupil premium lead where appropriate. Governors will receive regular attendance information and will challenge trends and evaluate the impact of the school’s attendance strategy.</w:t>
      </w:r>
    </w:p>
    <w:p w:rsidR="003824A4" w:rsidRDefault="00201C9C">
      <w:pPr>
        <w:pStyle w:val="Heading1"/>
      </w:pPr>
      <w:r>
        <w:rPr>
          <w:rFonts w:ascii="Calibri" w:eastAsia="Calibri" w:hAnsi="Calibri"/>
          <w:sz w:val="22"/>
        </w:rPr>
        <w:t>12. Safeguarding and Children Missing Education</w:t>
      </w:r>
    </w:p>
    <w:p w:rsidR="003824A4" w:rsidRDefault="00201C9C">
      <w:r>
        <w:t>Attendance is a safeguarding issue as well as an educational issue. Children missing education can be a warning sign of neglect, abuse, exploitation or other harm. Unexplained or prolonged absence will therefore be followed up promptly.</w:t>
      </w:r>
    </w:p>
    <w:p w:rsidR="003824A4" w:rsidRDefault="00201C9C">
      <w:r>
        <w:t>The school will maintain effective communication with Buckinghamshire Council and relevant agencies where a pupil is missing education, cannot be located, has unexplained absence or where attendance concerns indicate a safeguarding risk.</w:t>
      </w:r>
    </w:p>
    <w:p w:rsidR="003824A4" w:rsidRDefault="00201C9C">
      <w:pPr>
        <w:pStyle w:val="Heading1"/>
      </w:pPr>
      <w:r>
        <w:rPr>
          <w:rFonts w:ascii="Calibri" w:eastAsia="Calibri" w:hAnsi="Calibri"/>
          <w:sz w:val="22"/>
        </w:rPr>
        <w:t>13. Legal Intervention and Penalty Notices</w:t>
      </w:r>
    </w:p>
    <w:p w:rsidR="003824A4" w:rsidRDefault="00201C9C">
      <w:r>
        <w:t>The school will work with Buckinghamshire Council in accordance with the National Framework for Penalty Notices and Buckinghamshire Council’s local Code of Conduct.</w:t>
      </w:r>
    </w:p>
    <w:p w:rsidR="003824A4" w:rsidRDefault="00201C9C">
      <w:r>
        <w:t>The national threshold for considering a penalty notice is 10 sessions of unauthorised absence in a rolling period of 10 school weeks. This can be a combination of unauthorised absence, including term-time holiday and arrival after the register has closed.</w:t>
      </w:r>
    </w:p>
    <w:p w:rsidR="003824A4" w:rsidRDefault="00201C9C">
      <w:r>
        <w:t xml:space="preserve">Reaching the threshold does not mean a penalty notice will automatically be issued. Each case must be considered individually, including whether support is appropriate, whether a penalty notice is the best </w:t>
      </w:r>
      <w:r>
        <w:lastRenderedPageBreak/>
        <w:t>available tool, and any Equality Act considerations. A penalty notice may be appropriate without a Notice to Improve where support is not appropriate, for example in some term-time holiday cases.</w:t>
      </w:r>
    </w:p>
    <w:p w:rsidR="003824A4" w:rsidRDefault="00201C9C">
      <w:r>
        <w:t>Where support is appropriate but has not worked or has not been engaged with, a Notice to Improve may be used. Where used, the improvement period will normally be between three and six weeks and will set out what sufficient improvement means in that individual case.</w:t>
      </w:r>
    </w:p>
    <w:p w:rsidR="003824A4" w:rsidRDefault="00201C9C">
      <w:r>
        <w:t>Only two penalty notices may be issued to the same parent in respect of the same child within a rolling three-year period. The first is £160, reduced to £80 if paid within 21 days; the second is £160 if paid within 28 days. A third penalty notice cannot be issued within that three-year period and alternative legal action may be considered.</w:t>
      </w:r>
    </w:p>
    <w:p w:rsidR="003824A4" w:rsidRDefault="00201C9C">
      <w:r>
        <w:t>Buckinghamshire Council’s current Code of Conduct and process will be followed for issuing, administering and enforcing penalty notices. The school may also work with the local authority on attendance contracts, education supervision orders, prosecution or other legal interventions where appropriate.</w:t>
      </w:r>
    </w:p>
    <w:p w:rsidR="003824A4" w:rsidRDefault="00201C9C">
      <w:pPr>
        <w:pStyle w:val="Heading1"/>
      </w:pPr>
      <w:r>
        <w:rPr>
          <w:rFonts w:ascii="Calibri" w:eastAsia="Calibri" w:hAnsi="Calibri"/>
          <w:sz w:val="22"/>
        </w:rPr>
        <w:t>14. Returning After Lengthy Absence</w:t>
      </w:r>
    </w:p>
    <w:p w:rsidR="003824A4" w:rsidRDefault="00201C9C">
      <w:r>
        <w:t>Following a lengthy or unavoidable absence, the school will work with the pupil and family to support a successful return. This may include a reintegration meeting, a phased or supported return where appropriate, pastoral support, reasonable adjustments and support to address missed learning.</w:t>
      </w:r>
    </w:p>
    <w:p w:rsidR="003824A4" w:rsidRDefault="00201C9C">
      <w:r>
        <w:t>Any reintegration plan will be proportionate, time-limited where appropriate and regularly reviewed.</w:t>
      </w:r>
    </w:p>
    <w:p w:rsidR="003824A4" w:rsidRDefault="00201C9C">
      <w:pPr>
        <w:pStyle w:val="Heading1"/>
      </w:pPr>
      <w:r>
        <w:rPr>
          <w:rFonts w:ascii="Calibri" w:eastAsia="Calibri" w:hAnsi="Calibri"/>
          <w:sz w:val="22"/>
        </w:rPr>
        <w:t>15. Monitoring and Review</w:t>
      </w:r>
    </w:p>
    <w:p w:rsidR="003824A4" w:rsidRDefault="00201C9C">
      <w:r>
        <w:t>This policy will be reviewed at least annually and sooner where statutory guidance, legislation or Buckinghamshire Council procedures change. The school will seek to ensure that the policy remains accessible, clear and understood by staff, pupils and parents/carers. It will be submitted to the Governing Board for approval following review.</w:t>
      </w:r>
    </w:p>
    <w:p w:rsidR="003824A4" w:rsidRDefault="00201C9C">
      <w:pPr>
        <w:pStyle w:val="Heading1"/>
      </w:pPr>
      <w:r>
        <w:rPr>
          <w:rFonts w:ascii="Calibri" w:eastAsia="Calibri" w:hAnsi="Calibri"/>
          <w:sz w:val="22"/>
        </w:rPr>
        <w:t>16. Links with Other Policies</w:t>
      </w:r>
    </w:p>
    <w:p w:rsidR="003824A4" w:rsidRDefault="00201C9C">
      <w:pPr>
        <w:pStyle w:val="ListBullet"/>
      </w:pPr>
      <w:r>
        <w:t>Child Protection and Safeguarding Policy</w:t>
      </w:r>
    </w:p>
    <w:p w:rsidR="003824A4" w:rsidRDefault="00201C9C">
      <w:pPr>
        <w:pStyle w:val="ListBullet"/>
      </w:pPr>
      <w:r>
        <w:t>SEND/Inclusion Policy</w:t>
      </w:r>
    </w:p>
    <w:p w:rsidR="003824A4" w:rsidRDefault="00201C9C">
      <w:pPr>
        <w:pStyle w:val="ListBullet"/>
      </w:pPr>
      <w:r>
        <w:t>Behaviour Policy</w:t>
      </w:r>
    </w:p>
    <w:p w:rsidR="003824A4" w:rsidRDefault="00201C9C">
      <w:pPr>
        <w:pStyle w:val="ListBullet"/>
      </w:pPr>
      <w:r>
        <w:t>Medical Conditions Policy</w:t>
      </w:r>
    </w:p>
    <w:p w:rsidR="003824A4" w:rsidRDefault="00201C9C">
      <w:pPr>
        <w:pStyle w:val="ListBullet"/>
      </w:pPr>
      <w:r>
        <w:t>Supporting Pupils with Medical Conditions arrangements</w:t>
      </w:r>
    </w:p>
    <w:p w:rsidR="003824A4" w:rsidRDefault="00201C9C">
      <w:pPr>
        <w:pStyle w:val="ListBullet"/>
      </w:pPr>
      <w:r>
        <w:t>Children Missing Education procedures</w:t>
      </w:r>
    </w:p>
    <w:p w:rsidR="003824A4" w:rsidRDefault="00201C9C">
      <w:pPr>
        <w:pStyle w:val="ListBullet"/>
      </w:pPr>
      <w:r>
        <w:t>Remote Education arrangements</w:t>
      </w:r>
    </w:p>
    <w:p w:rsidR="003824A4" w:rsidRDefault="00201C9C">
      <w:pPr>
        <w:pStyle w:val="ListBullet"/>
      </w:pPr>
      <w:r>
        <w:t>Equality information and objectives</w:t>
      </w:r>
    </w:p>
    <w:p w:rsidR="003824A4" w:rsidRDefault="00201C9C">
      <w:pPr>
        <w:pStyle w:val="Heading1"/>
      </w:pPr>
      <w:r>
        <w:rPr>
          <w:rFonts w:ascii="Calibri" w:eastAsia="Calibri" w:hAnsi="Calibri"/>
          <w:sz w:val="22"/>
        </w:rPr>
        <w:t>Appendix 1 – Attendance Codes</w:t>
      </w:r>
    </w:p>
    <w:p w:rsidR="003824A4" w:rsidRDefault="00201C9C">
      <w:r>
        <w:t>The school uses the national attendance and absence codes set out in the School Attendance (Pupil Registration) (England) Regulations 2024 and DfE statutory guidance. The following are the principal codes relevant to day-to-day primary school attendance:</w:t>
      </w:r>
    </w:p>
    <w:tbl>
      <w:tblPr>
        <w:tblStyle w:val="TableGrid"/>
        <w:tblW w:w="0" w:type="auto"/>
        <w:jc w:val="center"/>
        <w:tblLook w:val="04A0" w:firstRow="1" w:lastRow="0" w:firstColumn="1" w:lastColumn="0" w:noHBand="0" w:noVBand="1"/>
      </w:tblPr>
      <w:tblGrid>
        <w:gridCol w:w="3215"/>
        <w:gridCol w:w="3167"/>
        <w:gridCol w:w="3210"/>
      </w:tblGrid>
      <w:tr w:rsidR="003824A4">
        <w:trPr>
          <w:jc w:val="center"/>
        </w:trPr>
        <w:tc>
          <w:tcPr>
            <w:tcW w:w="3312" w:type="dxa"/>
          </w:tcPr>
          <w:p w:rsidR="003824A4" w:rsidRDefault="00201C9C">
            <w:r>
              <w:t>Code / category</w:t>
            </w:r>
          </w:p>
        </w:tc>
        <w:tc>
          <w:tcPr>
            <w:tcW w:w="3312" w:type="dxa"/>
          </w:tcPr>
          <w:p w:rsidR="003824A4" w:rsidRDefault="00201C9C">
            <w:r>
              <w:t>Code</w:t>
            </w:r>
          </w:p>
        </w:tc>
        <w:tc>
          <w:tcPr>
            <w:tcW w:w="3312" w:type="dxa"/>
          </w:tcPr>
          <w:p w:rsidR="003824A4" w:rsidRDefault="00201C9C">
            <w:r>
              <w:t>Meaning</w:t>
            </w:r>
          </w:p>
        </w:tc>
      </w:tr>
      <w:tr w:rsidR="003824A4">
        <w:trPr>
          <w:jc w:val="center"/>
        </w:trPr>
        <w:tc>
          <w:tcPr>
            <w:tcW w:w="3312" w:type="dxa"/>
            <w:vAlign w:val="center"/>
          </w:tcPr>
          <w:p w:rsidR="003824A4" w:rsidRDefault="00201C9C">
            <w:r>
              <w:t>Present</w:t>
            </w:r>
          </w:p>
        </w:tc>
        <w:tc>
          <w:tcPr>
            <w:tcW w:w="3312" w:type="dxa"/>
            <w:vAlign w:val="center"/>
          </w:tcPr>
          <w:p w:rsidR="003824A4" w:rsidRDefault="00201C9C">
            <w:r>
              <w:t>/ or \</w:t>
            </w:r>
          </w:p>
        </w:tc>
        <w:tc>
          <w:tcPr>
            <w:tcW w:w="3312" w:type="dxa"/>
            <w:vAlign w:val="center"/>
          </w:tcPr>
          <w:p w:rsidR="003824A4" w:rsidRDefault="00201C9C">
            <w:r>
              <w:t>Pupil present at school at the time the register is taken.</w:t>
            </w:r>
          </w:p>
        </w:tc>
      </w:tr>
      <w:tr w:rsidR="003824A4">
        <w:trPr>
          <w:jc w:val="center"/>
        </w:trPr>
        <w:tc>
          <w:tcPr>
            <w:tcW w:w="3312" w:type="dxa"/>
            <w:vAlign w:val="center"/>
          </w:tcPr>
          <w:p w:rsidR="003824A4" w:rsidRDefault="00201C9C">
            <w:r>
              <w:lastRenderedPageBreak/>
              <w:t>Late</w:t>
            </w:r>
          </w:p>
        </w:tc>
        <w:tc>
          <w:tcPr>
            <w:tcW w:w="3312" w:type="dxa"/>
            <w:vAlign w:val="center"/>
          </w:tcPr>
          <w:p w:rsidR="003824A4" w:rsidRDefault="00201C9C">
            <w:r>
              <w:t>L</w:t>
            </w:r>
          </w:p>
        </w:tc>
        <w:tc>
          <w:tcPr>
            <w:tcW w:w="3312" w:type="dxa"/>
            <w:vAlign w:val="center"/>
          </w:tcPr>
          <w:p w:rsidR="003824A4" w:rsidRDefault="00201C9C">
            <w:r>
              <w:t>Pupil arrives after the register has opened but before it closes.</w:t>
            </w:r>
          </w:p>
        </w:tc>
      </w:tr>
      <w:tr w:rsidR="003824A4">
        <w:trPr>
          <w:jc w:val="center"/>
        </w:trPr>
        <w:tc>
          <w:tcPr>
            <w:tcW w:w="3312" w:type="dxa"/>
            <w:vAlign w:val="center"/>
          </w:tcPr>
          <w:p w:rsidR="003824A4" w:rsidRDefault="00201C9C">
            <w:r>
              <w:t>Late after register closes</w:t>
            </w:r>
          </w:p>
        </w:tc>
        <w:tc>
          <w:tcPr>
            <w:tcW w:w="3312" w:type="dxa"/>
            <w:vAlign w:val="center"/>
          </w:tcPr>
          <w:p w:rsidR="003824A4" w:rsidRDefault="00201C9C">
            <w:r>
              <w:t>U</w:t>
            </w:r>
          </w:p>
        </w:tc>
        <w:tc>
          <w:tcPr>
            <w:tcW w:w="3312" w:type="dxa"/>
            <w:vAlign w:val="center"/>
          </w:tcPr>
          <w:p w:rsidR="003824A4" w:rsidRDefault="00201C9C">
            <w:r>
              <w:t>Pupil arrives after the register has closed and the absence is not otherwise authorised.</w:t>
            </w:r>
          </w:p>
        </w:tc>
      </w:tr>
      <w:tr w:rsidR="003824A4">
        <w:trPr>
          <w:jc w:val="center"/>
        </w:trPr>
        <w:tc>
          <w:tcPr>
            <w:tcW w:w="3312" w:type="dxa"/>
            <w:vAlign w:val="center"/>
          </w:tcPr>
          <w:p w:rsidR="003824A4" w:rsidRDefault="00201C9C">
            <w:r>
              <w:t>Illness</w:t>
            </w:r>
          </w:p>
        </w:tc>
        <w:tc>
          <w:tcPr>
            <w:tcW w:w="3312" w:type="dxa"/>
            <w:vAlign w:val="center"/>
          </w:tcPr>
          <w:p w:rsidR="003824A4" w:rsidRDefault="00201C9C">
            <w:r>
              <w:t>I</w:t>
            </w:r>
          </w:p>
        </w:tc>
        <w:tc>
          <w:tcPr>
            <w:tcW w:w="3312" w:type="dxa"/>
            <w:vAlign w:val="center"/>
          </w:tcPr>
          <w:p w:rsidR="003824A4" w:rsidRDefault="00201C9C">
            <w:r>
              <w:t>Pupil is unable to attend because of illness, including physical or mental health-related illness.</w:t>
            </w:r>
          </w:p>
        </w:tc>
      </w:tr>
      <w:tr w:rsidR="003824A4">
        <w:trPr>
          <w:jc w:val="center"/>
        </w:trPr>
        <w:tc>
          <w:tcPr>
            <w:tcW w:w="3312" w:type="dxa"/>
            <w:vAlign w:val="center"/>
          </w:tcPr>
          <w:p w:rsidR="003824A4" w:rsidRDefault="00201C9C">
            <w:r>
              <w:t>Medical/dental appointment</w:t>
            </w:r>
          </w:p>
        </w:tc>
        <w:tc>
          <w:tcPr>
            <w:tcW w:w="3312" w:type="dxa"/>
            <w:vAlign w:val="center"/>
          </w:tcPr>
          <w:p w:rsidR="003824A4" w:rsidRDefault="00201C9C">
            <w:r>
              <w:t>M</w:t>
            </w:r>
          </w:p>
        </w:tc>
        <w:tc>
          <w:tcPr>
            <w:tcW w:w="3312" w:type="dxa"/>
            <w:vAlign w:val="center"/>
          </w:tcPr>
          <w:p w:rsidR="003824A4" w:rsidRDefault="00201C9C">
            <w:r>
              <w:t>Leave of absence for a medical or dental appointment, where the national requirements are met.</w:t>
            </w:r>
          </w:p>
        </w:tc>
      </w:tr>
      <w:tr w:rsidR="003824A4">
        <w:trPr>
          <w:jc w:val="center"/>
        </w:trPr>
        <w:tc>
          <w:tcPr>
            <w:tcW w:w="3312" w:type="dxa"/>
            <w:vAlign w:val="center"/>
          </w:tcPr>
          <w:p w:rsidR="003824A4" w:rsidRDefault="00201C9C">
            <w:r>
              <w:t>Religious observance</w:t>
            </w:r>
          </w:p>
        </w:tc>
        <w:tc>
          <w:tcPr>
            <w:tcW w:w="3312" w:type="dxa"/>
            <w:vAlign w:val="center"/>
          </w:tcPr>
          <w:p w:rsidR="003824A4" w:rsidRDefault="00201C9C">
            <w:r>
              <w:t>R</w:t>
            </w:r>
          </w:p>
        </w:tc>
        <w:tc>
          <w:tcPr>
            <w:tcW w:w="3312" w:type="dxa"/>
            <w:vAlign w:val="center"/>
          </w:tcPr>
          <w:p w:rsidR="003824A4" w:rsidRDefault="00201C9C">
            <w:r>
              <w:t>Absence for a day exclusively set apart for religious observance by the relevant religious body.</w:t>
            </w:r>
          </w:p>
        </w:tc>
      </w:tr>
      <w:tr w:rsidR="003824A4">
        <w:trPr>
          <w:jc w:val="center"/>
        </w:trPr>
        <w:tc>
          <w:tcPr>
            <w:tcW w:w="3312" w:type="dxa"/>
            <w:vAlign w:val="center"/>
          </w:tcPr>
          <w:p w:rsidR="003824A4" w:rsidRDefault="00201C9C">
            <w:r>
              <w:t>Exceptional circumstance / bereavement</w:t>
            </w:r>
          </w:p>
        </w:tc>
        <w:tc>
          <w:tcPr>
            <w:tcW w:w="3312" w:type="dxa"/>
            <w:vAlign w:val="center"/>
          </w:tcPr>
          <w:p w:rsidR="003824A4" w:rsidRDefault="00201C9C">
            <w:r>
              <w:t>C</w:t>
            </w:r>
          </w:p>
        </w:tc>
        <w:tc>
          <w:tcPr>
            <w:tcW w:w="3312" w:type="dxa"/>
            <w:vAlign w:val="center"/>
          </w:tcPr>
          <w:p w:rsidR="003824A4" w:rsidRDefault="00201C9C">
            <w:r>
              <w:t>Leave of absence granted because the circumstances are exceptional. Bereavement may be considered under this code where the individual circumstances justify leave.</w:t>
            </w:r>
          </w:p>
        </w:tc>
      </w:tr>
      <w:tr w:rsidR="003824A4">
        <w:trPr>
          <w:jc w:val="center"/>
        </w:trPr>
        <w:tc>
          <w:tcPr>
            <w:tcW w:w="3312" w:type="dxa"/>
            <w:vAlign w:val="center"/>
          </w:tcPr>
          <w:p w:rsidR="003824A4" w:rsidRDefault="00201C9C">
            <w:r>
              <w:t>Exceptional circumstances</w:t>
            </w:r>
          </w:p>
        </w:tc>
        <w:tc>
          <w:tcPr>
            <w:tcW w:w="3312" w:type="dxa"/>
            <w:vAlign w:val="center"/>
          </w:tcPr>
          <w:p w:rsidR="003824A4" w:rsidRDefault="00201C9C">
            <w:r>
              <w:t>C</w:t>
            </w:r>
          </w:p>
        </w:tc>
        <w:tc>
          <w:tcPr>
            <w:tcW w:w="3312" w:type="dxa"/>
            <w:vAlign w:val="center"/>
          </w:tcPr>
          <w:p w:rsidR="003824A4" w:rsidRDefault="00201C9C">
            <w:r>
              <w:t>Leave of absence granted for an exceptional circumstance following individual consideration.</w:t>
            </w:r>
          </w:p>
        </w:tc>
      </w:tr>
      <w:tr w:rsidR="003824A4">
        <w:trPr>
          <w:jc w:val="center"/>
        </w:trPr>
        <w:tc>
          <w:tcPr>
            <w:tcW w:w="3312" w:type="dxa"/>
            <w:vAlign w:val="center"/>
          </w:tcPr>
          <w:p w:rsidR="003824A4" w:rsidRDefault="00201C9C">
            <w:r>
              <w:t>Part-time timetable</w:t>
            </w:r>
          </w:p>
        </w:tc>
        <w:tc>
          <w:tcPr>
            <w:tcW w:w="3312" w:type="dxa"/>
            <w:vAlign w:val="center"/>
          </w:tcPr>
          <w:p w:rsidR="003824A4" w:rsidRDefault="00201C9C">
            <w:r>
              <w:t>C2</w:t>
            </w:r>
          </w:p>
        </w:tc>
        <w:tc>
          <w:tcPr>
            <w:tcW w:w="3312" w:type="dxa"/>
            <w:vAlign w:val="center"/>
          </w:tcPr>
          <w:p w:rsidR="003824A4" w:rsidRDefault="00201C9C">
            <w:r>
              <w:t>Temporary part-time timetable for a pupil of compulsory school age, in accordance with the regulations.</w:t>
            </w:r>
          </w:p>
        </w:tc>
      </w:tr>
      <w:tr w:rsidR="003824A4">
        <w:trPr>
          <w:jc w:val="center"/>
        </w:trPr>
        <w:tc>
          <w:tcPr>
            <w:tcW w:w="3312" w:type="dxa"/>
            <w:vAlign w:val="center"/>
          </w:tcPr>
          <w:p w:rsidR="003824A4" w:rsidRDefault="00201C9C">
            <w:r>
              <w:t>Approved educational activity</w:t>
            </w:r>
          </w:p>
        </w:tc>
        <w:tc>
          <w:tcPr>
            <w:tcW w:w="3312" w:type="dxa"/>
            <w:vAlign w:val="center"/>
          </w:tcPr>
          <w:p w:rsidR="003824A4" w:rsidRDefault="00201C9C">
            <w:r>
              <w:t>B</w:t>
            </w:r>
          </w:p>
        </w:tc>
        <w:tc>
          <w:tcPr>
            <w:tcW w:w="3312" w:type="dxa"/>
            <w:vAlign w:val="center"/>
          </w:tcPr>
          <w:p w:rsidR="003824A4" w:rsidRDefault="00201C9C">
            <w:r>
              <w:t>Attending an approved educational activity.</w:t>
            </w:r>
          </w:p>
        </w:tc>
      </w:tr>
      <w:tr w:rsidR="003824A4">
        <w:trPr>
          <w:jc w:val="center"/>
        </w:trPr>
        <w:tc>
          <w:tcPr>
            <w:tcW w:w="3312" w:type="dxa"/>
            <w:vAlign w:val="center"/>
          </w:tcPr>
          <w:p w:rsidR="003824A4" w:rsidRDefault="00201C9C">
            <w:r>
              <w:t>Educational visit/trip</w:t>
            </w:r>
          </w:p>
        </w:tc>
        <w:tc>
          <w:tcPr>
            <w:tcW w:w="3312" w:type="dxa"/>
            <w:vAlign w:val="center"/>
          </w:tcPr>
          <w:p w:rsidR="003824A4" w:rsidRDefault="00201C9C">
            <w:r>
              <w:t>V</w:t>
            </w:r>
          </w:p>
        </w:tc>
        <w:tc>
          <w:tcPr>
            <w:tcW w:w="3312" w:type="dxa"/>
            <w:vAlign w:val="center"/>
          </w:tcPr>
          <w:p w:rsidR="003824A4" w:rsidRDefault="00201C9C">
            <w:r>
              <w:t>Attending an educational visit or trip arranged by the school.</w:t>
            </w:r>
          </w:p>
        </w:tc>
      </w:tr>
      <w:tr w:rsidR="003824A4">
        <w:trPr>
          <w:jc w:val="center"/>
        </w:trPr>
        <w:tc>
          <w:tcPr>
            <w:tcW w:w="3312" w:type="dxa"/>
            <w:vAlign w:val="center"/>
          </w:tcPr>
          <w:p w:rsidR="003824A4" w:rsidRDefault="00201C9C">
            <w:r>
              <w:t>Sporting activity</w:t>
            </w:r>
          </w:p>
        </w:tc>
        <w:tc>
          <w:tcPr>
            <w:tcW w:w="3312" w:type="dxa"/>
            <w:vAlign w:val="center"/>
          </w:tcPr>
          <w:p w:rsidR="003824A4" w:rsidRDefault="00201C9C">
            <w:r>
              <w:t>P</w:t>
            </w:r>
          </w:p>
        </w:tc>
        <w:tc>
          <w:tcPr>
            <w:tcW w:w="3312" w:type="dxa"/>
            <w:vAlign w:val="center"/>
          </w:tcPr>
          <w:p w:rsidR="003824A4" w:rsidRDefault="00201C9C">
            <w:r>
              <w:t>Participating in an approved sporting activity.</w:t>
            </w:r>
          </w:p>
        </w:tc>
      </w:tr>
      <w:tr w:rsidR="003824A4">
        <w:trPr>
          <w:jc w:val="center"/>
        </w:trPr>
        <w:tc>
          <w:tcPr>
            <w:tcW w:w="3312" w:type="dxa"/>
            <w:vAlign w:val="center"/>
          </w:tcPr>
          <w:p w:rsidR="003824A4" w:rsidRDefault="00201C9C">
            <w:r>
              <w:t>Work experience</w:t>
            </w:r>
          </w:p>
        </w:tc>
        <w:tc>
          <w:tcPr>
            <w:tcW w:w="3312" w:type="dxa"/>
            <w:vAlign w:val="center"/>
          </w:tcPr>
          <w:p w:rsidR="003824A4" w:rsidRDefault="00201C9C">
            <w:r>
              <w:t>W</w:t>
            </w:r>
          </w:p>
        </w:tc>
        <w:tc>
          <w:tcPr>
            <w:tcW w:w="3312" w:type="dxa"/>
            <w:vAlign w:val="center"/>
          </w:tcPr>
          <w:p w:rsidR="003824A4" w:rsidRDefault="00201C9C">
            <w:r>
              <w:t>Attending approved work experience.</w:t>
            </w:r>
          </w:p>
        </w:tc>
      </w:tr>
      <w:tr w:rsidR="003824A4">
        <w:trPr>
          <w:jc w:val="center"/>
        </w:trPr>
        <w:tc>
          <w:tcPr>
            <w:tcW w:w="3312" w:type="dxa"/>
            <w:vAlign w:val="center"/>
          </w:tcPr>
          <w:p w:rsidR="003824A4" w:rsidRDefault="00201C9C">
            <w:r>
              <w:t>Local authority provision</w:t>
            </w:r>
          </w:p>
        </w:tc>
        <w:tc>
          <w:tcPr>
            <w:tcW w:w="3312" w:type="dxa"/>
            <w:vAlign w:val="center"/>
          </w:tcPr>
          <w:p w:rsidR="003824A4" w:rsidRDefault="00201C9C">
            <w:r>
              <w:t>K</w:t>
            </w:r>
          </w:p>
        </w:tc>
        <w:tc>
          <w:tcPr>
            <w:tcW w:w="3312" w:type="dxa"/>
            <w:vAlign w:val="center"/>
          </w:tcPr>
          <w:p w:rsidR="003824A4" w:rsidRDefault="00201C9C">
            <w:r>
              <w:t>Attending educational provision arranged by the local authority.</w:t>
            </w:r>
          </w:p>
        </w:tc>
      </w:tr>
      <w:tr w:rsidR="003824A4">
        <w:trPr>
          <w:jc w:val="center"/>
        </w:trPr>
        <w:tc>
          <w:tcPr>
            <w:tcW w:w="3312" w:type="dxa"/>
            <w:vAlign w:val="center"/>
          </w:tcPr>
          <w:p w:rsidR="003824A4" w:rsidRDefault="00201C9C">
            <w:r>
              <w:t>Dual registration</w:t>
            </w:r>
          </w:p>
        </w:tc>
        <w:tc>
          <w:tcPr>
            <w:tcW w:w="3312" w:type="dxa"/>
            <w:vAlign w:val="center"/>
          </w:tcPr>
          <w:p w:rsidR="003824A4" w:rsidRDefault="00201C9C">
            <w:r>
              <w:t>D</w:t>
            </w:r>
          </w:p>
        </w:tc>
        <w:tc>
          <w:tcPr>
            <w:tcW w:w="3312" w:type="dxa"/>
            <w:vAlign w:val="center"/>
          </w:tcPr>
          <w:p w:rsidR="003824A4" w:rsidRDefault="00201C9C">
            <w:r>
              <w:t>Attending another school at which the pupil is registered.</w:t>
            </w:r>
          </w:p>
        </w:tc>
      </w:tr>
      <w:tr w:rsidR="003824A4">
        <w:trPr>
          <w:jc w:val="center"/>
        </w:trPr>
        <w:tc>
          <w:tcPr>
            <w:tcW w:w="3312" w:type="dxa"/>
            <w:vAlign w:val="center"/>
          </w:tcPr>
          <w:p w:rsidR="003824A4" w:rsidRDefault="00201C9C">
            <w:r>
              <w:t>No reason yet established</w:t>
            </w:r>
          </w:p>
        </w:tc>
        <w:tc>
          <w:tcPr>
            <w:tcW w:w="3312" w:type="dxa"/>
            <w:vAlign w:val="center"/>
          </w:tcPr>
          <w:p w:rsidR="003824A4" w:rsidRDefault="00201C9C">
            <w:r>
              <w:t>N</w:t>
            </w:r>
          </w:p>
        </w:tc>
        <w:tc>
          <w:tcPr>
            <w:tcW w:w="3312" w:type="dxa"/>
            <w:vAlign w:val="center"/>
          </w:tcPr>
          <w:p w:rsidR="003824A4" w:rsidRDefault="00201C9C">
            <w:r>
              <w:t>Absence where the reason has not yet been established; this must be replaced with the correct code once known and no later than five working days after the session.</w:t>
            </w:r>
          </w:p>
        </w:tc>
      </w:tr>
      <w:tr w:rsidR="003824A4">
        <w:trPr>
          <w:jc w:val="center"/>
        </w:trPr>
        <w:tc>
          <w:tcPr>
            <w:tcW w:w="3312" w:type="dxa"/>
            <w:vAlign w:val="center"/>
          </w:tcPr>
          <w:p w:rsidR="003824A4" w:rsidRDefault="00201C9C">
            <w:r>
              <w:t>Unauthorised absence</w:t>
            </w:r>
          </w:p>
        </w:tc>
        <w:tc>
          <w:tcPr>
            <w:tcW w:w="3312" w:type="dxa"/>
            <w:vAlign w:val="center"/>
          </w:tcPr>
          <w:p w:rsidR="003824A4" w:rsidRDefault="00201C9C">
            <w:r>
              <w:t>O</w:t>
            </w:r>
          </w:p>
        </w:tc>
        <w:tc>
          <w:tcPr>
            <w:tcW w:w="3312" w:type="dxa"/>
            <w:vAlign w:val="center"/>
          </w:tcPr>
          <w:p w:rsidR="003824A4" w:rsidRDefault="00201C9C">
            <w:r>
              <w:t>Absence where no reason is established or the reason does not meet the criteria for an authorised absence.</w:t>
            </w:r>
          </w:p>
        </w:tc>
      </w:tr>
      <w:tr w:rsidR="003824A4">
        <w:trPr>
          <w:jc w:val="center"/>
        </w:trPr>
        <w:tc>
          <w:tcPr>
            <w:tcW w:w="3312" w:type="dxa"/>
            <w:vAlign w:val="center"/>
          </w:tcPr>
          <w:p w:rsidR="003824A4" w:rsidRDefault="00201C9C">
            <w:r>
              <w:t>Not attending in circumstances relating to a specific unavoidable cause</w:t>
            </w:r>
          </w:p>
        </w:tc>
        <w:tc>
          <w:tcPr>
            <w:tcW w:w="3312" w:type="dxa"/>
            <w:vAlign w:val="center"/>
          </w:tcPr>
          <w:p w:rsidR="003824A4" w:rsidRDefault="00201C9C">
            <w:r>
              <w:t>Y codes</w:t>
            </w:r>
          </w:p>
        </w:tc>
        <w:tc>
          <w:tcPr>
            <w:tcW w:w="3312" w:type="dxa"/>
            <w:vAlign w:val="center"/>
          </w:tcPr>
          <w:p w:rsidR="003824A4" w:rsidRDefault="00201C9C">
            <w:r>
              <w:t>Used only where the precise circumstances meet the relevant DfE definition.</w:t>
            </w:r>
          </w:p>
        </w:tc>
      </w:tr>
    </w:tbl>
    <w:p w:rsidR="003824A4" w:rsidRDefault="00201C9C">
      <w:r>
        <w:lastRenderedPageBreak/>
        <w:t>This appendix is a summary. Staff must use the full DfE coding guidance when deciding which code applies, particularly for the Y codes and other specialist circumstances.</w:t>
      </w:r>
    </w:p>
    <w:p w:rsidR="003824A4" w:rsidRDefault="00201C9C">
      <w:pPr>
        <w:pStyle w:val="Heading1"/>
        <w:rPr>
          <w:rFonts w:ascii="Calibri" w:eastAsia="Calibri" w:hAnsi="Calibri"/>
          <w:sz w:val="22"/>
        </w:rPr>
      </w:pPr>
      <w:r>
        <w:rPr>
          <w:rFonts w:ascii="Calibri" w:eastAsia="Calibri" w:hAnsi="Calibri"/>
          <w:sz w:val="22"/>
        </w:rPr>
        <w:t>Appendix 2 – Leave of Absence Request</w:t>
      </w:r>
    </w:p>
    <w:p w:rsidR="00A45A0B" w:rsidRDefault="00A45A0B" w:rsidP="00A45A0B">
      <w:pPr>
        <w:rPr>
          <w:rFonts w:cs="Calibri"/>
          <w:color w:val="000000"/>
          <w:shd w:val="clear" w:color="auto" w:fill="FFFFFF"/>
        </w:rPr>
      </w:pPr>
      <w:r>
        <w:t xml:space="preserve">Please complete </w:t>
      </w:r>
      <w:hyperlink r:id="rId13" w:history="1">
        <w:r>
          <w:rPr>
            <w:rStyle w:val="Hyperlink"/>
            <w:rFonts w:cs="Calibri"/>
            <w:color w:val="0563C1"/>
            <w:shd w:val="clear" w:color="auto" w:fill="FFFFFF"/>
          </w:rPr>
          <w:t>this form</w:t>
        </w:r>
      </w:hyperlink>
      <w:r>
        <w:rPr>
          <w:rFonts w:cs="Calibri"/>
          <w:color w:val="000000"/>
          <w:shd w:val="clear" w:color="auto" w:fill="FFFFFF"/>
        </w:rPr>
        <w:t xml:space="preserve"> as early as possible and normally at least four school weeks before the proposed absence. Requests will be considered individually in accordance with this policy and the School Attendance (Pupil Registration) (England) Regulations 2024.</w:t>
      </w:r>
    </w:p>
    <w:p w:rsidR="00A45A0B" w:rsidRPr="00A45A0B" w:rsidRDefault="00A45A0B" w:rsidP="00A45A0B">
      <w:pPr>
        <w:rPr>
          <w:rFonts w:cs="Calibri"/>
          <w:color w:val="000000"/>
          <w:shd w:val="clear" w:color="auto" w:fill="FFFFFF"/>
        </w:rPr>
      </w:pPr>
      <w:r>
        <w:rPr>
          <w:rFonts w:cs="Calibri"/>
          <w:color w:val="000000"/>
          <w:shd w:val="clear" w:color="auto" w:fill="FFFFFF"/>
        </w:rPr>
        <w:t>A paper copy can be obtained from the school office.</w:t>
      </w:r>
    </w:p>
    <w:p w:rsidR="003824A4" w:rsidRDefault="00201C9C">
      <w:pPr>
        <w:pStyle w:val="Heading1"/>
      </w:pPr>
      <w:r>
        <w:rPr>
          <w:rFonts w:ascii="Calibri" w:eastAsia="Calibri" w:hAnsi="Calibri"/>
          <w:sz w:val="22"/>
        </w:rPr>
        <w:t>Appendix 3 – External Guidance Links</w:t>
      </w:r>
    </w:p>
    <w:p w:rsidR="003824A4" w:rsidRDefault="00D1559E">
      <w:hyperlink r:id="rId14">
        <w:r w:rsidR="00201C9C">
          <w:rPr>
            <w:color w:val="0563C1"/>
            <w:u w:val="single"/>
          </w:rPr>
          <w:t>DfE – Working together to improve school attendance</w:t>
        </w:r>
      </w:hyperlink>
    </w:p>
    <w:p w:rsidR="003824A4" w:rsidRDefault="00D1559E">
      <w:hyperlink r:id="rId15">
        <w:r w:rsidR="00201C9C">
          <w:rPr>
            <w:color w:val="0563C1"/>
            <w:u w:val="single"/>
          </w:rPr>
          <w:t>Buckinghamshire Council – School attendance guidance</w:t>
        </w:r>
      </w:hyperlink>
    </w:p>
    <w:p w:rsidR="003824A4" w:rsidRDefault="00D1559E">
      <w:hyperlink r:id="rId16">
        <w:r w:rsidR="00201C9C">
          <w:rPr>
            <w:color w:val="0563C1"/>
            <w:u w:val="single"/>
          </w:rPr>
          <w:t>Buckinghamshire Council – Fines for missing school</w:t>
        </w:r>
      </w:hyperlink>
    </w:p>
    <w:p w:rsidR="003824A4" w:rsidRDefault="00D1559E">
      <w:hyperlink r:id="rId17">
        <w:r w:rsidR="00201C9C">
          <w:rPr>
            <w:color w:val="0563C1"/>
            <w:u w:val="single"/>
          </w:rPr>
          <w:t>Buckinghamshire Council – Code of Conduct for penalty notices</w:t>
        </w:r>
      </w:hyperlink>
    </w:p>
    <w:sectPr w:rsidR="003824A4" w:rsidSect="00034616">
      <w:footerReference w:type="default" r:id="rId18"/>
      <w:pgSz w:w="11906" w:h="16838"/>
      <w:pgMar w:top="936" w:right="1152" w:bottom="936" w:left="1152" w:header="720" w:footer="720" w:gutter="0"/>
      <w:pgBorders w:offsetFrom="page">
        <w:top w:val="single" w:sz="8" w:space="24" w:color="000000"/>
        <w:left w:val="single" w:sz="8" w:space="24" w:color="000000"/>
        <w:bottom w:val="single" w:sz="8" w:space="24" w:color="000000"/>
        <w:right w:val="single" w:sz="8" w:space="24"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59E" w:rsidRDefault="00D1559E">
      <w:pPr>
        <w:spacing w:after="0" w:line="240" w:lineRule="auto"/>
      </w:pPr>
      <w:r>
        <w:separator/>
      </w:r>
    </w:p>
  </w:endnote>
  <w:endnote w:type="continuationSeparator" w:id="0">
    <w:p w:rsidR="00D1559E" w:rsidRDefault="00D15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4A4" w:rsidRDefault="00201C9C">
    <w:pPr>
      <w:pStyle w:val="Footer"/>
      <w:jc w:val="center"/>
    </w:pPr>
    <w:r>
      <w:rPr>
        <w:sz w:val="16"/>
      </w:rPr>
      <w:t>Stoke Mandeville Combined School – Attendance Policy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59E" w:rsidRDefault="00D1559E">
      <w:pPr>
        <w:spacing w:after="0" w:line="240" w:lineRule="auto"/>
      </w:pPr>
      <w:r>
        <w:separator/>
      </w:r>
    </w:p>
  </w:footnote>
  <w:footnote w:type="continuationSeparator" w:id="0">
    <w:p w:rsidR="00D1559E" w:rsidRDefault="00D155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0B1EC3F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E73ECC"/>
    <w:multiLevelType w:val="multilevel"/>
    <w:tmpl w:val="A14A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01C9C"/>
    <w:rsid w:val="0029639D"/>
    <w:rsid w:val="00326F90"/>
    <w:rsid w:val="00365314"/>
    <w:rsid w:val="003824A4"/>
    <w:rsid w:val="003F4498"/>
    <w:rsid w:val="0094068B"/>
    <w:rsid w:val="00A21F73"/>
    <w:rsid w:val="00A45A0B"/>
    <w:rsid w:val="00AA1D8D"/>
    <w:rsid w:val="00AA30FF"/>
    <w:rsid w:val="00B47730"/>
    <w:rsid w:val="00C4476E"/>
    <w:rsid w:val="00CB0664"/>
    <w:rsid w:val="00D1559E"/>
    <w:rsid w:val="00EA0D0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4D6033"/>
  <w14:defaultImageDpi w14:val="300"/>
  <w15:docId w15:val="{4754A2C0-2C01-416B-9859-935DA1404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Calibri" w:eastAsia="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201C9C"/>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201C9C"/>
    <w:rPr>
      <w:rFonts w:ascii="Arial" w:eastAsia="MS Mincho" w:hAnsi="Arial" w:cs="Times New Roman"/>
      <w:sz w:val="20"/>
      <w:szCs w:val="24"/>
    </w:rPr>
  </w:style>
  <w:style w:type="character" w:styleId="Hyperlink">
    <w:name w:val="Hyperlink"/>
    <w:basedOn w:val="DefaultParagraphFont"/>
    <w:uiPriority w:val="99"/>
    <w:semiHidden/>
    <w:unhideWhenUsed/>
    <w:rsid w:val="00A45A0B"/>
    <w:rPr>
      <w:color w:val="0000FF"/>
      <w:u w:val="single"/>
    </w:rPr>
  </w:style>
  <w:style w:type="paragraph" w:styleId="NormalWeb">
    <w:name w:val="Normal (Web)"/>
    <w:basedOn w:val="Normal"/>
    <w:uiPriority w:val="99"/>
    <w:unhideWhenUsed/>
    <w:rsid w:val="00365314"/>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7484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okemandeville.bucks.sch.uk/usefulform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ckinghamshire.gov.uk/schools-libraries-and-parks/school-attendance-and-support/pay-your-childs-penalty-fine-for-missing-school/code-of-conduct-for-issuing-penalty-notices-for-unauthorised-absence-from-school/" TargetMode="External"/><Relationship Id="rId17" Type="http://schemas.openxmlformats.org/officeDocument/2006/relationships/hyperlink" Target="https://www.buckinghamshire.gov.uk/schools-libraries-and-parks/school-attendance-and-support/pay-your-childs-penalty-fine-for-missing-school/code-of-conduct-for-issuing-penalty-notices-for-unauthorised-absence-from-school/" TargetMode="External"/><Relationship Id="rId2" Type="http://schemas.openxmlformats.org/officeDocument/2006/relationships/numbering" Target="numbering.xml"/><Relationship Id="rId16" Type="http://schemas.openxmlformats.org/officeDocument/2006/relationships/hyperlink" Target="https://www.buckinghamshire.gov.uk/schools-libraries-and-parks/school-attendance-and-support/pay-your-childs-penalty-fine-for-missing-schoo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ckinghamshire.gov.uk/schools-libraries-and-parks/school-attendance-and-support/school-attendance-guidance/" TargetMode="External"/><Relationship Id="rId5" Type="http://schemas.openxmlformats.org/officeDocument/2006/relationships/webSettings" Target="webSettings.xml"/><Relationship Id="rId15" Type="http://schemas.openxmlformats.org/officeDocument/2006/relationships/hyperlink" Target="https://www.buckinghamshire.gov.uk/schools-libraries-and-parks/school-attendance-and-support/school-attendance-guidance/" TargetMode="External"/><Relationship Id="rId10" Type="http://schemas.openxmlformats.org/officeDocument/2006/relationships/hyperlink" Target="https://www.gov.uk/government/publications/working-together-to-improve-school-attendan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9C529-8D26-4CA6-B69A-BD17337C4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3794</Words>
  <Characters>21626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25370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Hannah Jones</cp:lastModifiedBy>
  <cp:revision>3</cp:revision>
  <dcterms:created xsi:type="dcterms:W3CDTF">2026-10-02T13:01:00Z</dcterms:created>
  <dcterms:modified xsi:type="dcterms:W3CDTF">2026-10-02T13:14:00Z</dcterms:modified>
  <cp:category/>
</cp:coreProperties>
</file>