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1A2E" w:rsidRDefault="00F51A2E" w:rsidP="00F51A2E">
      <w:pPr>
        <w:pStyle w:val="1bodycopy10pt"/>
      </w:pPr>
    </w:p>
    <w:p w:rsidR="00F51A2E" w:rsidRDefault="00F51A2E" w:rsidP="00F51A2E">
      <w:pPr>
        <w:pStyle w:val="1bodycopy10pt"/>
      </w:pPr>
      <w:r w:rsidRPr="00DF4E41">
        <w:rPr>
          <w:rFonts w:ascii="Calibri" w:hAnsi="Calibri" w:cs="Calibri"/>
          <w:b/>
          <w:noProof/>
        </w:rPr>
        <mc:AlternateContent>
          <mc:Choice Requires="wps">
            <w:drawing>
              <wp:anchor distT="45720" distB="45720" distL="114300" distR="114300" simplePos="0" relativeHeight="251659264" behindDoc="0" locked="0" layoutInCell="1" allowOverlap="1" wp14:anchorId="68070711" wp14:editId="70A6F702">
                <wp:simplePos x="0" y="0"/>
                <wp:positionH relativeFrom="margin">
                  <wp:align>center</wp:align>
                </wp:positionH>
                <wp:positionV relativeFrom="paragraph">
                  <wp:posOffset>89535</wp:posOffset>
                </wp:positionV>
                <wp:extent cx="2181225" cy="22288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225" cy="2228850"/>
                        </a:xfrm>
                        <a:prstGeom prst="rect">
                          <a:avLst/>
                        </a:prstGeom>
                        <a:blipFill>
                          <a:blip r:embed="rId8"/>
                          <a:stretch>
                            <a:fillRect/>
                          </a:stretch>
                        </a:blipFill>
                        <a:ln w="9525">
                          <a:noFill/>
                          <a:miter lim="800000"/>
                          <a:headEnd/>
                          <a:tailEnd/>
                        </a:ln>
                      </wps:spPr>
                      <wps:txbx>
                        <w:txbxContent>
                          <w:p w:rsidR="00F51A2E" w:rsidRDefault="00F51A2E" w:rsidP="00F51A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070711" id="_x0000_t202" coordsize="21600,21600" o:spt="202" path="m,l,21600r21600,l21600,xe">
                <v:stroke joinstyle="miter"/>
                <v:path gradientshapeok="t" o:connecttype="rect"/>
              </v:shapetype>
              <v:shape id="Text Box 2" o:spid="_x0000_s1026" type="#_x0000_t202" style="position:absolute;margin-left:0;margin-top:7.05pt;width:171.75pt;height:175.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&#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" stroked="f">
                <v:fill r:id="rId9" o:title="" recolor="t" rotate="t" type="frame"/>
                <v:textbox>
                  <w:txbxContent>
                    <w:p w:rsidR="00F51A2E" w:rsidRDefault="00F51A2E" w:rsidP="00F51A2E"/>
                  </w:txbxContent>
                </v:textbox>
                <w10:wrap type="square" anchorx="margin"/>
              </v:shape>
            </w:pict>
          </mc:Fallback>
        </mc:AlternateContent>
      </w: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Default="00F51A2E" w:rsidP="00F51A2E">
      <w:pPr>
        <w:pStyle w:val="1bodycopy10pt"/>
      </w:pPr>
    </w:p>
    <w:p w:rsidR="00F51A2E" w:rsidRPr="0095679E" w:rsidRDefault="00F51A2E" w:rsidP="00F51A2E">
      <w:pPr>
        <w:jc w:val="center"/>
        <w:rPr>
          <w:rFonts w:cs="Calibri"/>
          <w:b/>
          <w:sz w:val="44"/>
          <w:szCs w:val="44"/>
        </w:rPr>
      </w:pPr>
      <w:r w:rsidRPr="0095679E">
        <w:rPr>
          <w:rFonts w:cs="Calibri"/>
          <w:b/>
          <w:sz w:val="44"/>
          <w:szCs w:val="44"/>
        </w:rPr>
        <w:t xml:space="preserve">Stoke Mandeville Combined School </w:t>
      </w:r>
    </w:p>
    <w:p w:rsidR="00F51A2E" w:rsidRPr="0095679E" w:rsidRDefault="00F51A2E" w:rsidP="00F51A2E">
      <w:pPr>
        <w:jc w:val="center"/>
        <w:rPr>
          <w:rFonts w:cs="Calibri"/>
          <w:b/>
          <w:sz w:val="44"/>
          <w:szCs w:val="44"/>
        </w:rPr>
      </w:pPr>
      <w:r w:rsidRPr="0095679E">
        <w:rPr>
          <w:rFonts w:cs="Calibri"/>
          <w:b/>
          <w:sz w:val="44"/>
          <w:szCs w:val="44"/>
        </w:rPr>
        <w:t>Governing Board</w:t>
      </w:r>
    </w:p>
    <w:p w:rsidR="00F51A2E" w:rsidRPr="004D7B0A" w:rsidRDefault="00F51A2E" w:rsidP="00F51A2E">
      <w:pPr>
        <w:spacing w:after="0"/>
        <w:jc w:val="center"/>
        <w:rPr>
          <w:rFonts w:eastAsia="Times New Roman" w:cs="Calibri"/>
          <w:b/>
          <w:color w:val="000000"/>
          <w:sz w:val="72"/>
          <w:szCs w:val="72"/>
        </w:rPr>
      </w:pPr>
    </w:p>
    <w:p w:rsidR="00025C8E" w:rsidRDefault="00025C8E" w:rsidP="00F51A2E">
      <w:pPr>
        <w:spacing w:after="0"/>
        <w:jc w:val="center"/>
        <w:rPr>
          <w:rFonts w:eastAsia="Times New Roman" w:cs="Calibri"/>
          <w:b/>
          <w:color w:val="000000"/>
          <w:sz w:val="56"/>
          <w:szCs w:val="56"/>
        </w:rPr>
      </w:pPr>
      <w:r>
        <w:rPr>
          <w:rFonts w:eastAsia="Times New Roman" w:cs="Calibri"/>
          <w:b/>
          <w:color w:val="000000"/>
          <w:sz w:val="56"/>
          <w:szCs w:val="56"/>
        </w:rPr>
        <w:t xml:space="preserve">Anti-Harassment and </w:t>
      </w:r>
    </w:p>
    <w:p w:rsidR="00025C8E" w:rsidRDefault="00025C8E" w:rsidP="00F51A2E">
      <w:pPr>
        <w:spacing w:after="0"/>
        <w:jc w:val="center"/>
        <w:rPr>
          <w:rFonts w:eastAsia="Times New Roman" w:cs="Calibri"/>
          <w:b/>
          <w:color w:val="000000"/>
          <w:sz w:val="56"/>
          <w:szCs w:val="56"/>
        </w:rPr>
      </w:pPr>
      <w:r>
        <w:rPr>
          <w:rFonts w:eastAsia="Times New Roman" w:cs="Calibri"/>
          <w:b/>
          <w:color w:val="000000"/>
          <w:sz w:val="56"/>
          <w:szCs w:val="56"/>
        </w:rPr>
        <w:t xml:space="preserve">Bullying Policy (staff) </w:t>
      </w:r>
    </w:p>
    <w:p w:rsidR="00F51A2E" w:rsidRDefault="00025C8E" w:rsidP="00F51A2E">
      <w:pPr>
        <w:spacing w:after="0"/>
        <w:jc w:val="center"/>
        <w:rPr>
          <w:rFonts w:eastAsia="Times New Roman" w:cs="Calibri"/>
          <w:b/>
          <w:color w:val="000000"/>
          <w:sz w:val="48"/>
          <w:szCs w:val="72"/>
        </w:rPr>
      </w:pPr>
      <w:r>
        <w:rPr>
          <w:rFonts w:eastAsia="Times New Roman" w:cs="Calibri"/>
          <w:b/>
          <w:color w:val="000000"/>
          <w:sz w:val="56"/>
          <w:szCs w:val="56"/>
        </w:rPr>
        <w:t xml:space="preserve">October </w:t>
      </w:r>
      <w:r w:rsidR="00F51A2E">
        <w:rPr>
          <w:rFonts w:eastAsia="Times New Roman" w:cs="Calibri"/>
          <w:b/>
          <w:color w:val="000000"/>
          <w:sz w:val="56"/>
          <w:szCs w:val="56"/>
        </w:rPr>
        <w:t>2026</w:t>
      </w:r>
    </w:p>
    <w:p w:rsidR="00F51A2E" w:rsidRDefault="00F51A2E" w:rsidP="00025C8E">
      <w:pPr>
        <w:spacing w:after="0"/>
        <w:rPr>
          <w:rFonts w:eastAsia="Times New Roman" w:cs="Calibri"/>
          <w:b/>
          <w:color w:val="000000"/>
          <w:sz w:val="48"/>
          <w:szCs w:val="72"/>
        </w:rPr>
      </w:pPr>
    </w:p>
    <w:p w:rsidR="00F51A2E" w:rsidRDefault="00F51A2E" w:rsidP="00F51A2E">
      <w:pPr>
        <w:spacing w:after="0"/>
        <w:rPr>
          <w:rFonts w:cs="Calibri"/>
          <w:b/>
          <w:sz w:val="24"/>
        </w:rPr>
      </w:pPr>
    </w:p>
    <w:p w:rsidR="00F51A2E" w:rsidRPr="0093619C" w:rsidRDefault="00F51A2E" w:rsidP="00F51A2E">
      <w:pPr>
        <w:spacing w:after="0"/>
        <w:rPr>
          <w:rFonts w:cs="Calibri"/>
          <w:b/>
          <w:sz w:val="24"/>
        </w:rPr>
      </w:pPr>
      <w:r w:rsidRPr="0093619C">
        <w:rPr>
          <w:rFonts w:cs="Calibri"/>
          <w:b/>
          <w:sz w:val="24"/>
        </w:rPr>
        <w:t xml:space="preserve">Adopted:  </w:t>
      </w:r>
      <w:r>
        <w:rPr>
          <w:rFonts w:cs="Calibri"/>
          <w:b/>
          <w:sz w:val="24"/>
        </w:rPr>
        <w:t>September 202</w:t>
      </w:r>
      <w:r w:rsidR="00025C8E">
        <w:rPr>
          <w:rFonts w:cs="Calibri"/>
          <w:b/>
          <w:sz w:val="24"/>
        </w:rPr>
        <w:t>4</w:t>
      </w:r>
    </w:p>
    <w:p w:rsidR="00F51A2E" w:rsidRPr="0093619C" w:rsidRDefault="00F51A2E" w:rsidP="00F51A2E">
      <w:pPr>
        <w:spacing w:after="0"/>
        <w:rPr>
          <w:rFonts w:cs="Calibri"/>
          <w:b/>
          <w:sz w:val="24"/>
        </w:rPr>
      </w:pPr>
      <w:r w:rsidRPr="0093619C">
        <w:rPr>
          <w:rFonts w:cs="Calibri"/>
          <w:b/>
          <w:sz w:val="24"/>
        </w:rPr>
        <w:t xml:space="preserve">Reviewed:  </w:t>
      </w:r>
      <w:r w:rsidR="00025C8E">
        <w:rPr>
          <w:rFonts w:cs="Calibri"/>
          <w:b/>
          <w:sz w:val="24"/>
        </w:rPr>
        <w:t xml:space="preserve">October 2026 </w:t>
      </w:r>
    </w:p>
    <w:p w:rsidR="00F51A2E" w:rsidRPr="00417B54" w:rsidRDefault="00F51A2E" w:rsidP="00F51A2E">
      <w:pPr>
        <w:spacing w:after="0"/>
        <w:rPr>
          <w:rFonts w:cs="Calibri"/>
          <w:b/>
          <w:sz w:val="24"/>
        </w:rPr>
      </w:pPr>
      <w:r w:rsidRPr="0093619C">
        <w:rPr>
          <w:rFonts w:cs="Calibri"/>
          <w:b/>
          <w:sz w:val="24"/>
        </w:rPr>
        <w:t>Next Review Date:  September 202</w:t>
      </w:r>
      <w:r>
        <w:rPr>
          <w:rFonts w:cs="Calibri"/>
          <w:b/>
          <w:sz w:val="24"/>
        </w:rPr>
        <w:t>7</w:t>
      </w:r>
    </w:p>
    <w:p w:rsidR="00302C2C" w:rsidRDefault="00302C2C" w:rsidP="00B47BF8">
      <w:pPr>
        <w:rPr>
          <w:i/>
        </w:rPr>
      </w:pPr>
    </w:p>
    <w:p w:rsidR="00025C8E" w:rsidRDefault="00025C8E" w:rsidP="00025C8E">
      <w:pPr>
        <w:pStyle w:val="ListBullet"/>
        <w:numPr>
          <w:ilvl w:val="0"/>
          <w:numId w:val="0"/>
        </w:numPr>
        <w:spacing w:after="40" w:line="259" w:lineRule="auto"/>
        <w:ind w:left="360"/>
        <w:rPr>
          <w:rFonts w:cs="Calibri"/>
          <w:sz w:val="24"/>
          <w:szCs w:val="24"/>
        </w:rPr>
      </w:pPr>
    </w:p>
    <w:p w:rsidR="00025C8E" w:rsidRDefault="00025C8E" w:rsidP="00025C8E">
      <w:pPr>
        <w:pStyle w:val="ListBullet"/>
        <w:numPr>
          <w:ilvl w:val="0"/>
          <w:numId w:val="0"/>
        </w:numPr>
        <w:spacing w:after="40" w:line="259" w:lineRule="auto"/>
        <w:ind w:left="360"/>
        <w:rPr>
          <w:rFonts w:cs="Calibri"/>
          <w:b/>
          <w:sz w:val="24"/>
          <w:szCs w:val="24"/>
        </w:rPr>
      </w:pPr>
      <w:r w:rsidRPr="00025C8E">
        <w:rPr>
          <w:rFonts w:cs="Calibri"/>
          <w:b/>
          <w:sz w:val="24"/>
          <w:szCs w:val="24"/>
        </w:rPr>
        <w:lastRenderedPageBreak/>
        <w:t xml:space="preserve">Contents </w:t>
      </w:r>
    </w:p>
    <w:p w:rsidR="00025C8E" w:rsidRPr="00025C8E" w:rsidRDefault="00025C8E" w:rsidP="00025C8E">
      <w:pPr>
        <w:pStyle w:val="ListBullet"/>
        <w:numPr>
          <w:ilvl w:val="0"/>
          <w:numId w:val="0"/>
        </w:numPr>
        <w:spacing w:after="40" w:line="259" w:lineRule="auto"/>
        <w:ind w:left="360"/>
        <w:rPr>
          <w:rFonts w:cs="Calibri"/>
          <w:b/>
          <w:sz w:val="24"/>
          <w:szCs w:val="24"/>
        </w:rPr>
      </w:pPr>
      <w:bookmarkStart w:id="0" w:name="_GoBack"/>
      <w:bookmarkEnd w:id="0"/>
    </w:p>
    <w:p w:rsidR="00025C8E" w:rsidRPr="00025C8E" w:rsidRDefault="00025C8E" w:rsidP="00025C8E">
      <w:pPr>
        <w:pStyle w:val="ListBullet"/>
        <w:spacing w:after="40" w:line="259" w:lineRule="auto"/>
        <w:rPr>
          <w:rFonts w:cs="Calibri"/>
          <w:sz w:val="24"/>
          <w:szCs w:val="24"/>
        </w:rPr>
      </w:pPr>
      <w:r w:rsidRPr="00025C8E">
        <w:rPr>
          <w:rFonts w:cs="Calibri"/>
          <w:sz w:val="24"/>
          <w:szCs w:val="24"/>
        </w:rPr>
        <w:t>1. Introduction and purpose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2. Scope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3. Policy statement and principles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 xml:space="preserve">4. Definitions: bullying, harassment, sexual harassment and </w:t>
      </w:r>
      <w:proofErr w:type="spellStart"/>
      <w:r w:rsidRPr="00025C8E">
        <w:rPr>
          <w:rFonts w:cs="Calibri"/>
          <w:sz w:val="24"/>
          <w:szCs w:val="24"/>
        </w:rPr>
        <w:t>victimisation</w:t>
      </w:r>
      <w:proofErr w:type="spellEnd"/>
    </w:p>
    <w:p w:rsidR="00025C8E" w:rsidRPr="00025C8E" w:rsidRDefault="00025C8E" w:rsidP="00025C8E">
      <w:pPr>
        <w:pStyle w:val="ListBullet"/>
        <w:spacing w:after="40" w:line="259" w:lineRule="auto"/>
        <w:rPr>
          <w:rFonts w:cs="Calibri"/>
          <w:sz w:val="24"/>
          <w:szCs w:val="24"/>
        </w:rPr>
      </w:pPr>
      <w:r w:rsidRPr="00025C8E">
        <w:rPr>
          <w:rFonts w:cs="Calibri"/>
          <w:sz w:val="24"/>
          <w:szCs w:val="24"/>
        </w:rPr>
        <w:t>5. Roles and responsibilities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6. Preventing bullying and harassment</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 xml:space="preserve">7. Bullying and harassment by pupils, parents, </w:t>
      </w:r>
      <w:proofErr w:type="spellStart"/>
      <w:r w:rsidRPr="00025C8E">
        <w:rPr>
          <w:rFonts w:cs="Calibri"/>
          <w:sz w:val="24"/>
          <w:szCs w:val="24"/>
        </w:rPr>
        <w:t>carers</w:t>
      </w:r>
      <w:proofErr w:type="spellEnd"/>
      <w:r w:rsidRPr="00025C8E">
        <w:rPr>
          <w:rFonts w:cs="Calibri"/>
          <w:sz w:val="24"/>
          <w:szCs w:val="24"/>
        </w:rPr>
        <w:t xml:space="preserve"> or other third parties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8. Reporting and responding to concerns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9. Informal resolution</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10. Formal resolution, grievance and conduct procedures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 xml:space="preserve">11. Protection from </w:t>
      </w:r>
      <w:proofErr w:type="spellStart"/>
      <w:r w:rsidRPr="00025C8E">
        <w:rPr>
          <w:rFonts w:cs="Calibri"/>
          <w:sz w:val="24"/>
          <w:szCs w:val="24"/>
        </w:rPr>
        <w:t>victimisation</w:t>
      </w:r>
      <w:proofErr w:type="spellEnd"/>
      <w:r w:rsidRPr="00025C8E">
        <w:rPr>
          <w:rFonts w:cs="Calibri"/>
          <w:sz w:val="24"/>
          <w:szCs w:val="24"/>
        </w:rPr>
        <w:t xml:space="preserve"> and malicious allegations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12. Support for staff</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13. Confidentiality, information sharing and record keeping</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14. Equality, accessibility and reasonable adjustments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15. Monitoring, review and training</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16. Related policies and guidance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 xml:space="preserve">Appendix 1 – Examples of unacceptable </w:t>
      </w:r>
      <w:proofErr w:type="spellStart"/>
      <w:r w:rsidRPr="00025C8E">
        <w:rPr>
          <w:rFonts w:cs="Calibri"/>
          <w:sz w:val="24"/>
          <w:szCs w:val="24"/>
        </w:rPr>
        <w:t>behaviour</w:t>
      </w:r>
      <w:proofErr w:type="spellEnd"/>
    </w:p>
    <w:p w:rsidR="00025C8E" w:rsidRPr="00025C8E" w:rsidRDefault="00025C8E" w:rsidP="00025C8E">
      <w:pPr>
        <w:pStyle w:val="ListBullet"/>
        <w:spacing w:after="40" w:line="259" w:lineRule="auto"/>
        <w:rPr>
          <w:rFonts w:cs="Calibri"/>
          <w:sz w:val="24"/>
          <w:szCs w:val="24"/>
        </w:rPr>
      </w:pPr>
      <w:r w:rsidRPr="00025C8E">
        <w:rPr>
          <w:rFonts w:cs="Calibri"/>
          <w:sz w:val="24"/>
          <w:szCs w:val="24"/>
        </w:rPr>
        <w:t>Appendix 2 – Quick guide for staff: what to do if you experience or witness bullying/harassment</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Appendix 3 – Sources and legal framework</w:t>
      </w:r>
    </w:p>
    <w:p w:rsidR="00025C8E" w:rsidRPr="00025C8E" w:rsidRDefault="00025C8E" w:rsidP="00025C8E">
      <w:pPr>
        <w:rPr>
          <w:rFonts w:cs="Calibri"/>
          <w:sz w:val="24"/>
          <w:szCs w:val="24"/>
        </w:rPr>
      </w:pPr>
      <w:r w:rsidRPr="00025C8E">
        <w:rPr>
          <w:rFonts w:cs="Calibri"/>
          <w:sz w:val="24"/>
          <w:szCs w:val="24"/>
        </w:rPr>
        <w:br w:type="page"/>
      </w:r>
    </w:p>
    <w:p w:rsidR="00025C8E" w:rsidRPr="00025C8E" w:rsidRDefault="00025C8E" w:rsidP="00025C8E">
      <w:pPr>
        <w:pStyle w:val="Heading1"/>
        <w:rPr>
          <w:rFonts w:ascii="Calibri" w:hAnsi="Calibri" w:cs="Calibri"/>
          <w:sz w:val="24"/>
          <w:szCs w:val="24"/>
        </w:rPr>
      </w:pPr>
      <w:r w:rsidRPr="00025C8E">
        <w:rPr>
          <w:rFonts w:ascii="Calibri" w:hAnsi="Calibri" w:cs="Calibri"/>
          <w:sz w:val="24"/>
          <w:szCs w:val="24"/>
        </w:rPr>
        <w:lastRenderedPageBreak/>
        <w:t>1. Introduction and purpose</w:t>
      </w:r>
    </w:p>
    <w:p w:rsidR="00025C8E" w:rsidRPr="00025C8E" w:rsidRDefault="00025C8E" w:rsidP="00025C8E">
      <w:pPr>
        <w:rPr>
          <w:rFonts w:cs="Calibri"/>
          <w:sz w:val="24"/>
          <w:szCs w:val="24"/>
        </w:rPr>
      </w:pPr>
      <w:r w:rsidRPr="00025C8E">
        <w:rPr>
          <w:rFonts w:cs="Calibri"/>
          <w:sz w:val="24"/>
          <w:szCs w:val="24"/>
        </w:rPr>
        <w:t xml:space="preserve">Stoke Mandeville Combined School is committed to providing a working environment in which all staff are treated with dignity, fairness and respect. Bullying, harassment, sexual harassment, discrimination, </w:t>
      </w:r>
      <w:proofErr w:type="spellStart"/>
      <w:r w:rsidRPr="00025C8E">
        <w:rPr>
          <w:rFonts w:cs="Calibri"/>
          <w:sz w:val="24"/>
          <w:szCs w:val="24"/>
        </w:rPr>
        <w:t>victimisation</w:t>
      </w:r>
      <w:proofErr w:type="spellEnd"/>
      <w:r w:rsidRPr="00025C8E">
        <w:rPr>
          <w:rFonts w:cs="Calibri"/>
          <w:sz w:val="24"/>
          <w:szCs w:val="24"/>
        </w:rPr>
        <w:t xml:space="preserve"> and other intimidating or abusive </w:t>
      </w:r>
      <w:proofErr w:type="spellStart"/>
      <w:r w:rsidRPr="00025C8E">
        <w:rPr>
          <w:rFonts w:cs="Calibri"/>
          <w:sz w:val="24"/>
          <w:szCs w:val="24"/>
        </w:rPr>
        <w:t>behaviour</w:t>
      </w:r>
      <w:proofErr w:type="spellEnd"/>
      <w:r w:rsidRPr="00025C8E">
        <w:rPr>
          <w:rFonts w:cs="Calibri"/>
          <w:sz w:val="24"/>
          <w:szCs w:val="24"/>
        </w:rPr>
        <w:t xml:space="preserve"> are unacceptable and will not be tolerated.</w:t>
      </w:r>
    </w:p>
    <w:p w:rsidR="00025C8E" w:rsidRPr="00025C8E" w:rsidRDefault="00025C8E" w:rsidP="00025C8E">
      <w:pPr>
        <w:rPr>
          <w:rFonts w:cs="Calibri"/>
          <w:sz w:val="24"/>
          <w:szCs w:val="24"/>
        </w:rPr>
      </w:pPr>
      <w:r w:rsidRPr="00025C8E">
        <w:rPr>
          <w:rFonts w:cs="Calibri"/>
          <w:sz w:val="24"/>
          <w:szCs w:val="24"/>
        </w:rPr>
        <w:t xml:space="preserve">This policy provides a clear framework for preventing and responding to concerns raised by staff. It applies whether </w:t>
      </w:r>
      <w:proofErr w:type="spellStart"/>
      <w:r w:rsidRPr="00025C8E">
        <w:rPr>
          <w:rFonts w:cs="Calibri"/>
          <w:sz w:val="24"/>
          <w:szCs w:val="24"/>
        </w:rPr>
        <w:t>behaviour</w:t>
      </w:r>
      <w:proofErr w:type="spellEnd"/>
      <w:r w:rsidRPr="00025C8E">
        <w:rPr>
          <w:rFonts w:cs="Calibri"/>
          <w:sz w:val="24"/>
          <w:szCs w:val="24"/>
        </w:rPr>
        <w:t xml:space="preserve"> occurs in person, in writing, by telephone, through messaging or social media, by email, through digital platforms, or through other online activity connected with work.</w:t>
      </w:r>
    </w:p>
    <w:p w:rsidR="00025C8E" w:rsidRPr="00025C8E" w:rsidRDefault="00025C8E" w:rsidP="00025C8E">
      <w:pPr>
        <w:rPr>
          <w:rFonts w:cs="Calibri"/>
          <w:sz w:val="24"/>
          <w:szCs w:val="24"/>
        </w:rPr>
      </w:pPr>
      <w:r w:rsidRPr="00025C8E">
        <w:rPr>
          <w:rFonts w:cs="Calibri"/>
          <w:sz w:val="24"/>
          <w:szCs w:val="24"/>
        </w:rPr>
        <w:t xml:space="preserve">The policy is based on the previous school policy, which was adopted from the 2023 Buckinghamshire Council model policy. The previous document expressly </w:t>
      </w:r>
      <w:proofErr w:type="spellStart"/>
      <w:r w:rsidRPr="00025C8E">
        <w:rPr>
          <w:rFonts w:cs="Calibri"/>
          <w:sz w:val="24"/>
          <w:szCs w:val="24"/>
        </w:rPr>
        <w:t>recognised</w:t>
      </w:r>
      <w:proofErr w:type="spellEnd"/>
      <w:r w:rsidRPr="00025C8E">
        <w:rPr>
          <w:rFonts w:cs="Calibri"/>
          <w:sz w:val="24"/>
          <w:szCs w:val="24"/>
        </w:rPr>
        <w:t xml:space="preserve"> the school’s duty of care towards staff, the need to deal with concerns fairly and sensitively, and the need to protect staff from detriment when raising concerns. Those principles remain central to this updated policy. </w:t>
      </w:r>
    </w:p>
    <w:p w:rsidR="00025C8E" w:rsidRPr="00025C8E" w:rsidRDefault="00025C8E" w:rsidP="00025C8E">
      <w:pPr>
        <w:rPr>
          <w:rFonts w:cs="Calibri"/>
          <w:sz w:val="24"/>
          <w:szCs w:val="24"/>
        </w:rPr>
      </w:pPr>
      <w:r w:rsidRPr="00025C8E">
        <w:rPr>
          <w:rFonts w:cs="Calibri"/>
          <w:sz w:val="24"/>
          <w:szCs w:val="24"/>
        </w:rPr>
        <w:t>The school will act promptly and proportionately. A concern does not need to meet the formal definition of bullying or harassment before the school will consider it and take appropriate action.</w:t>
      </w:r>
    </w:p>
    <w:tbl>
      <w:tblPr>
        <w:tblW w:w="0" w:type="auto"/>
        <w:jc w:val="center"/>
        <w:tblLook w:val="04A0" w:firstRow="1" w:lastRow="0" w:firstColumn="1" w:lastColumn="0" w:noHBand="0" w:noVBand="1"/>
      </w:tblPr>
      <w:tblGrid>
        <w:gridCol w:w="9936"/>
      </w:tblGrid>
      <w:tr w:rsidR="00025C8E" w:rsidRPr="00025C8E" w:rsidTr="00B70D35">
        <w:trPr>
          <w:jc w:val="center"/>
        </w:trPr>
        <w:tc>
          <w:tcPr>
            <w:tcW w:w="10080" w:type="dxa"/>
            <w:shd w:val="clear" w:color="auto" w:fill="EAF5FA"/>
            <w:tcMar>
              <w:top w:w="160" w:type="dxa"/>
              <w:left w:w="180" w:type="dxa"/>
              <w:bottom w:w="160" w:type="dxa"/>
              <w:right w:w="180" w:type="dxa"/>
            </w:tcMar>
          </w:tcPr>
          <w:p w:rsidR="00025C8E" w:rsidRPr="00025C8E" w:rsidRDefault="00025C8E" w:rsidP="00B70D35">
            <w:pPr>
              <w:rPr>
                <w:rFonts w:cs="Calibri"/>
                <w:sz w:val="24"/>
                <w:szCs w:val="24"/>
              </w:rPr>
            </w:pPr>
            <w:r w:rsidRPr="00025C8E">
              <w:rPr>
                <w:rFonts w:cs="Calibri"/>
                <w:b/>
                <w:sz w:val="24"/>
                <w:szCs w:val="24"/>
              </w:rPr>
              <w:t>Important</w:t>
            </w:r>
            <w:r w:rsidRPr="00025C8E">
              <w:rPr>
                <w:rFonts w:cs="Calibri"/>
                <w:sz w:val="24"/>
                <w:szCs w:val="24"/>
              </w:rPr>
              <w:br/>
              <w:t xml:space="preserve">This is a staff workplace policy. It should be read alongside the school’s pupil </w:t>
            </w:r>
            <w:proofErr w:type="spellStart"/>
            <w:r w:rsidRPr="00025C8E">
              <w:rPr>
                <w:rFonts w:cs="Calibri"/>
                <w:sz w:val="24"/>
                <w:szCs w:val="24"/>
              </w:rPr>
              <w:t>Behaviour</w:t>
            </w:r>
            <w:proofErr w:type="spellEnd"/>
            <w:r w:rsidRPr="00025C8E">
              <w:rPr>
                <w:rFonts w:cs="Calibri"/>
                <w:sz w:val="24"/>
                <w:szCs w:val="24"/>
              </w:rPr>
              <w:t xml:space="preserve"> Policy and safeguarding arrangements when the conduct involves pupils or safeguarding concerns.</w:t>
            </w:r>
          </w:p>
        </w:tc>
      </w:tr>
    </w:tbl>
    <w:p w:rsidR="00025C8E" w:rsidRPr="00025C8E" w:rsidRDefault="00025C8E" w:rsidP="00025C8E">
      <w:pPr>
        <w:spacing w:after="40"/>
        <w:rPr>
          <w:rFonts w:cs="Calibri"/>
          <w:sz w:val="24"/>
          <w:szCs w:val="24"/>
        </w:rPr>
      </w:pPr>
    </w:p>
    <w:p w:rsidR="00025C8E" w:rsidRPr="00025C8E" w:rsidRDefault="00025C8E" w:rsidP="00025C8E">
      <w:pPr>
        <w:pStyle w:val="Heading1"/>
        <w:rPr>
          <w:rFonts w:ascii="Calibri" w:hAnsi="Calibri" w:cs="Calibri"/>
          <w:sz w:val="24"/>
          <w:szCs w:val="24"/>
        </w:rPr>
      </w:pPr>
      <w:r w:rsidRPr="00025C8E">
        <w:rPr>
          <w:rFonts w:ascii="Calibri" w:hAnsi="Calibri" w:cs="Calibri"/>
          <w:sz w:val="24"/>
          <w:szCs w:val="24"/>
        </w:rPr>
        <w:t>2. Scope</w:t>
      </w:r>
    </w:p>
    <w:p w:rsidR="00025C8E" w:rsidRPr="00025C8E" w:rsidRDefault="00025C8E" w:rsidP="00025C8E">
      <w:pPr>
        <w:rPr>
          <w:rFonts w:cs="Calibri"/>
          <w:sz w:val="24"/>
          <w:szCs w:val="24"/>
        </w:rPr>
      </w:pPr>
      <w:r w:rsidRPr="00025C8E">
        <w:rPr>
          <w:rFonts w:cs="Calibri"/>
          <w:sz w:val="24"/>
          <w:szCs w:val="24"/>
        </w:rPr>
        <w:t>This policy applies to:</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all teachers and school employees, including those employed under Buckinghamshire Council terms and conditions;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agency workers, supply staff, consultants, contractors and other workers working for or on behalf of the school, where applicable;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volunteers and other adults working regularly in school, where the relevant provisions apply;</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members of the Governing Board in relation to their conduct and responsibilities; and</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incidents connected with work that occur on or off school premises, including work-related events, trips, meetings, training, travel and online spaces.</w:t>
      </w:r>
    </w:p>
    <w:p w:rsidR="00025C8E" w:rsidRPr="00025C8E" w:rsidRDefault="00025C8E" w:rsidP="00025C8E">
      <w:pPr>
        <w:rPr>
          <w:rFonts w:cs="Calibri"/>
          <w:sz w:val="24"/>
          <w:szCs w:val="24"/>
        </w:rPr>
      </w:pPr>
      <w:r w:rsidRPr="00025C8E">
        <w:rPr>
          <w:rFonts w:cs="Calibri"/>
          <w:sz w:val="24"/>
          <w:szCs w:val="24"/>
        </w:rPr>
        <w:t>For Stoke Mandeville Combined School, a maintained community school, the employer is Buckinghamshire Council. The Governing Board has delegated responsibilities in accordance with the school’s governance arrangements and Buckinghamshire Council procedures.</w:t>
      </w:r>
    </w:p>
    <w:p w:rsidR="00025C8E" w:rsidRPr="00025C8E" w:rsidRDefault="00025C8E" w:rsidP="00025C8E">
      <w:pPr>
        <w:rPr>
          <w:rFonts w:cs="Calibri"/>
          <w:sz w:val="24"/>
          <w:szCs w:val="24"/>
        </w:rPr>
      </w:pPr>
      <w:r w:rsidRPr="00025C8E">
        <w:rPr>
          <w:rFonts w:cs="Calibri"/>
          <w:sz w:val="24"/>
          <w:szCs w:val="24"/>
        </w:rPr>
        <w:t>The policy covers bullying or harassment from colleagues, managers, governors, pupils, parents/</w:t>
      </w:r>
      <w:proofErr w:type="spellStart"/>
      <w:r w:rsidRPr="00025C8E">
        <w:rPr>
          <w:rFonts w:cs="Calibri"/>
          <w:sz w:val="24"/>
          <w:szCs w:val="24"/>
        </w:rPr>
        <w:t>carers</w:t>
      </w:r>
      <w:proofErr w:type="spellEnd"/>
      <w:r w:rsidRPr="00025C8E">
        <w:rPr>
          <w:rFonts w:cs="Calibri"/>
          <w:sz w:val="24"/>
          <w:szCs w:val="24"/>
        </w:rPr>
        <w:t xml:space="preserve"> and other third parties. Where another procedure is more appropriate, the school will explain this and ensure the concern is not left without a response.</w:t>
      </w:r>
    </w:p>
    <w:p w:rsidR="00025C8E" w:rsidRPr="00025C8E" w:rsidRDefault="00025C8E" w:rsidP="00025C8E">
      <w:pPr>
        <w:pStyle w:val="Heading1"/>
        <w:rPr>
          <w:rFonts w:ascii="Calibri" w:hAnsi="Calibri" w:cs="Calibri"/>
          <w:sz w:val="24"/>
          <w:szCs w:val="24"/>
        </w:rPr>
      </w:pPr>
      <w:r w:rsidRPr="00025C8E">
        <w:rPr>
          <w:rFonts w:ascii="Calibri" w:hAnsi="Calibri" w:cs="Calibri"/>
          <w:sz w:val="24"/>
          <w:szCs w:val="24"/>
        </w:rPr>
        <w:lastRenderedPageBreak/>
        <w:t>3. Policy statement and principles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Everyone has the right to work in an environment where they are treated with dignity and respect.</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 xml:space="preserve">Bullying and harassment are unacceptable, whether intentional or unintentional in effect, and whether a single serious incident or repeated </w:t>
      </w:r>
      <w:proofErr w:type="spellStart"/>
      <w:r w:rsidRPr="00025C8E">
        <w:rPr>
          <w:rFonts w:cs="Calibri"/>
          <w:sz w:val="24"/>
          <w:szCs w:val="24"/>
        </w:rPr>
        <w:t>behaviour</w:t>
      </w:r>
      <w:proofErr w:type="spellEnd"/>
      <w:r w:rsidRPr="00025C8E">
        <w:rPr>
          <w:rFonts w:cs="Calibri"/>
          <w:sz w:val="24"/>
          <w:szCs w:val="24"/>
        </w:rPr>
        <w:t>.</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The school will take concerns seriously and respond promptly, fairly, consistently and sensitively.</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 xml:space="preserve">Staff will not be disadvantaged or </w:t>
      </w:r>
      <w:proofErr w:type="spellStart"/>
      <w:r w:rsidRPr="00025C8E">
        <w:rPr>
          <w:rFonts w:cs="Calibri"/>
          <w:sz w:val="24"/>
          <w:szCs w:val="24"/>
        </w:rPr>
        <w:t>victimised</w:t>
      </w:r>
      <w:proofErr w:type="spellEnd"/>
      <w:r w:rsidRPr="00025C8E">
        <w:rPr>
          <w:rFonts w:cs="Calibri"/>
          <w:sz w:val="24"/>
          <w:szCs w:val="24"/>
        </w:rPr>
        <w:t xml:space="preserve"> because they raise a concern in good faith or participate in an investigation.</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The school will not require a member of staff to confront the person they are concerned about if they do not feel able to do so, particularly where there is a power imbalance, a safeguarding concern, or a risk of further harm.</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Where appropriate, the school will use informal resolution, mediation or restorative approaches. These are not appropriate in every case and will not be used where they would be unsafe, inappropriate or likely to cause further distress.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 xml:space="preserve">Serious allegations, safeguarding concerns, possible criminal conduct or </w:t>
      </w:r>
      <w:proofErr w:type="spellStart"/>
      <w:r w:rsidRPr="00025C8E">
        <w:rPr>
          <w:rFonts w:cs="Calibri"/>
          <w:sz w:val="24"/>
          <w:szCs w:val="24"/>
        </w:rPr>
        <w:t>behaviour</w:t>
      </w:r>
      <w:proofErr w:type="spellEnd"/>
      <w:r w:rsidRPr="00025C8E">
        <w:rPr>
          <w:rFonts w:cs="Calibri"/>
          <w:sz w:val="24"/>
          <w:szCs w:val="24"/>
        </w:rPr>
        <w:t xml:space="preserve"> that may amount to gross misconduct will be dealt with under the appropriate formal procedure.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The school will consider the impact of disability, protected characteristics, caring responsibilities, pregnancy/maternity and other relevant circumstances when deciding how to respond.</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The school will take reasonable steps to prevent sexual harassment and, from 30 October 2026, will meet the strengthened legal requirement to take all reasonable steps to prevent sexual harassment of employees.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Confidentiality will be respected, but information may need to be shared on a need-to-know basis to safeguard people, investigate concerns or comply with legal obligations.</w:t>
      </w:r>
    </w:p>
    <w:p w:rsidR="00025C8E" w:rsidRPr="00025C8E" w:rsidRDefault="00025C8E" w:rsidP="00025C8E">
      <w:pPr>
        <w:pStyle w:val="Heading1"/>
        <w:rPr>
          <w:rFonts w:ascii="Calibri" w:hAnsi="Calibri" w:cs="Calibri"/>
          <w:sz w:val="24"/>
          <w:szCs w:val="24"/>
        </w:rPr>
      </w:pPr>
      <w:r w:rsidRPr="00025C8E">
        <w:rPr>
          <w:rFonts w:ascii="Calibri" w:hAnsi="Calibri" w:cs="Calibri"/>
          <w:sz w:val="24"/>
          <w:szCs w:val="24"/>
        </w:rPr>
        <w:t xml:space="preserve">4. Definitions: bullying, harassment, sexual harassment and </w:t>
      </w:r>
      <w:proofErr w:type="spellStart"/>
      <w:r w:rsidRPr="00025C8E">
        <w:rPr>
          <w:rFonts w:ascii="Calibri" w:hAnsi="Calibri" w:cs="Calibri"/>
          <w:sz w:val="24"/>
          <w:szCs w:val="24"/>
        </w:rPr>
        <w:t>victimisation</w:t>
      </w:r>
      <w:proofErr w:type="spellEnd"/>
    </w:p>
    <w:p w:rsidR="00025C8E" w:rsidRPr="00025C8E" w:rsidRDefault="00025C8E" w:rsidP="00025C8E">
      <w:pPr>
        <w:pStyle w:val="Heading2"/>
        <w:rPr>
          <w:rFonts w:ascii="Calibri" w:hAnsi="Calibri" w:cs="Calibri"/>
          <w:sz w:val="24"/>
          <w:szCs w:val="24"/>
        </w:rPr>
      </w:pPr>
      <w:r w:rsidRPr="00025C8E">
        <w:rPr>
          <w:rFonts w:ascii="Calibri" w:hAnsi="Calibri" w:cs="Calibri"/>
          <w:sz w:val="24"/>
          <w:szCs w:val="24"/>
        </w:rPr>
        <w:t>4.1 Bullying</w:t>
      </w:r>
    </w:p>
    <w:p w:rsidR="00025C8E" w:rsidRPr="00025C8E" w:rsidRDefault="00025C8E" w:rsidP="00025C8E">
      <w:pPr>
        <w:rPr>
          <w:rFonts w:cs="Calibri"/>
          <w:sz w:val="24"/>
          <w:szCs w:val="24"/>
        </w:rPr>
      </w:pPr>
      <w:r w:rsidRPr="00025C8E">
        <w:rPr>
          <w:rFonts w:cs="Calibri"/>
          <w:sz w:val="24"/>
          <w:szCs w:val="24"/>
        </w:rPr>
        <w:t xml:space="preserve">Bullying is </w:t>
      </w:r>
      <w:proofErr w:type="spellStart"/>
      <w:r w:rsidRPr="00025C8E">
        <w:rPr>
          <w:rFonts w:cs="Calibri"/>
          <w:sz w:val="24"/>
          <w:szCs w:val="24"/>
        </w:rPr>
        <w:t>behaviour</w:t>
      </w:r>
      <w:proofErr w:type="spellEnd"/>
      <w:r w:rsidRPr="00025C8E">
        <w:rPr>
          <w:rFonts w:cs="Calibri"/>
          <w:sz w:val="24"/>
          <w:szCs w:val="24"/>
        </w:rPr>
        <w:t xml:space="preserve"> that is offensive, intimidating, malicious or insulting, or an abuse or misuse of power, which may cause a person to feel upset, threatened, humiliated, undermined or vulnerable. Bullying often involves a real or perceived imbalance of power and may be carried out by an individual or group.</w:t>
      </w:r>
    </w:p>
    <w:p w:rsidR="00025C8E" w:rsidRPr="00025C8E" w:rsidRDefault="00025C8E" w:rsidP="00025C8E">
      <w:pPr>
        <w:rPr>
          <w:rFonts w:cs="Calibri"/>
          <w:sz w:val="24"/>
          <w:szCs w:val="24"/>
        </w:rPr>
      </w:pPr>
      <w:r w:rsidRPr="00025C8E">
        <w:rPr>
          <w:rFonts w:cs="Calibri"/>
          <w:sz w:val="24"/>
          <w:szCs w:val="24"/>
        </w:rPr>
        <w:t>Bullying may be repeated, but a single incident may be sufficiently serious to require action. The context, impact, power relationship and circumstances will be considered.</w:t>
      </w:r>
    </w:p>
    <w:p w:rsidR="00025C8E" w:rsidRPr="00025C8E" w:rsidRDefault="00025C8E" w:rsidP="00025C8E">
      <w:pPr>
        <w:pStyle w:val="Heading2"/>
        <w:rPr>
          <w:rFonts w:ascii="Calibri" w:hAnsi="Calibri" w:cs="Calibri"/>
          <w:sz w:val="24"/>
          <w:szCs w:val="24"/>
        </w:rPr>
      </w:pPr>
      <w:r w:rsidRPr="00025C8E">
        <w:rPr>
          <w:rFonts w:ascii="Calibri" w:hAnsi="Calibri" w:cs="Calibri"/>
          <w:sz w:val="24"/>
          <w:szCs w:val="24"/>
        </w:rPr>
        <w:t>4.2 Harassment</w:t>
      </w:r>
    </w:p>
    <w:p w:rsidR="00025C8E" w:rsidRPr="00025C8E" w:rsidRDefault="00025C8E" w:rsidP="00025C8E">
      <w:pPr>
        <w:rPr>
          <w:rFonts w:cs="Calibri"/>
          <w:sz w:val="24"/>
          <w:szCs w:val="24"/>
        </w:rPr>
      </w:pPr>
      <w:r w:rsidRPr="00025C8E">
        <w:rPr>
          <w:rFonts w:cs="Calibri"/>
          <w:sz w:val="24"/>
          <w:szCs w:val="24"/>
        </w:rPr>
        <w:t>Under the Equality Act 2010, harassment includes unwanted conduct related to a relevant protected characteristic which has the purpose or effect of violating a person’s dignity or creating an intimidating, hostile, degrading, humiliating or offensive environment. Harassment can also take the form of unwanted conduct of a sexual nature.</w:t>
      </w:r>
    </w:p>
    <w:p w:rsidR="00025C8E" w:rsidRPr="00025C8E" w:rsidRDefault="00025C8E" w:rsidP="00025C8E">
      <w:pPr>
        <w:rPr>
          <w:rFonts w:cs="Calibri"/>
          <w:sz w:val="24"/>
          <w:szCs w:val="24"/>
        </w:rPr>
      </w:pPr>
      <w:r w:rsidRPr="00025C8E">
        <w:rPr>
          <w:rFonts w:cs="Calibri"/>
          <w:sz w:val="24"/>
          <w:szCs w:val="24"/>
        </w:rPr>
        <w:lastRenderedPageBreak/>
        <w:t>Harassment may occur even where the person responsible did not intend to cause offence. The effect of the conduct and the circumstances will be considered.</w:t>
      </w:r>
    </w:p>
    <w:p w:rsidR="00025C8E" w:rsidRPr="00025C8E" w:rsidRDefault="00025C8E" w:rsidP="00025C8E">
      <w:pPr>
        <w:pStyle w:val="Heading2"/>
        <w:rPr>
          <w:rFonts w:ascii="Calibri" w:hAnsi="Calibri" w:cs="Calibri"/>
          <w:sz w:val="24"/>
          <w:szCs w:val="24"/>
        </w:rPr>
      </w:pPr>
      <w:r w:rsidRPr="00025C8E">
        <w:rPr>
          <w:rFonts w:ascii="Calibri" w:hAnsi="Calibri" w:cs="Calibri"/>
          <w:sz w:val="24"/>
          <w:szCs w:val="24"/>
        </w:rPr>
        <w:t>4.3 Sexual harassment</w:t>
      </w:r>
    </w:p>
    <w:p w:rsidR="00025C8E" w:rsidRPr="00025C8E" w:rsidRDefault="00025C8E" w:rsidP="00025C8E">
      <w:pPr>
        <w:rPr>
          <w:rFonts w:cs="Calibri"/>
          <w:sz w:val="24"/>
          <w:szCs w:val="24"/>
        </w:rPr>
      </w:pPr>
      <w:r w:rsidRPr="00025C8E">
        <w:rPr>
          <w:rFonts w:cs="Calibri"/>
          <w:sz w:val="24"/>
          <w:szCs w:val="24"/>
        </w:rPr>
        <w:t xml:space="preserve">Sexual harassment is unwanted conduct of a sexual nature that has the purpose or effect of violating a person’s dignity or creating an intimidating, hostile, degrading, humiliating or offensive environment. It can include sexual comments, jokes, messages, images, unwanted touching, </w:t>
      </w:r>
      <w:proofErr w:type="spellStart"/>
      <w:r w:rsidRPr="00025C8E">
        <w:rPr>
          <w:rFonts w:cs="Calibri"/>
          <w:sz w:val="24"/>
          <w:szCs w:val="24"/>
        </w:rPr>
        <w:t>sexualised</w:t>
      </w:r>
      <w:proofErr w:type="spellEnd"/>
      <w:r w:rsidRPr="00025C8E">
        <w:rPr>
          <w:rFonts w:cs="Calibri"/>
          <w:sz w:val="24"/>
          <w:szCs w:val="24"/>
        </w:rPr>
        <w:t xml:space="preserve"> remarks or questions, or other unwanted sexual conduct.</w:t>
      </w:r>
    </w:p>
    <w:p w:rsidR="00025C8E" w:rsidRPr="00025C8E" w:rsidRDefault="00025C8E" w:rsidP="00025C8E">
      <w:pPr>
        <w:rPr>
          <w:rFonts w:cs="Calibri"/>
          <w:sz w:val="24"/>
          <w:szCs w:val="24"/>
        </w:rPr>
      </w:pPr>
      <w:r w:rsidRPr="00025C8E">
        <w:rPr>
          <w:rFonts w:cs="Calibri"/>
          <w:sz w:val="24"/>
          <w:szCs w:val="24"/>
        </w:rPr>
        <w:t xml:space="preserve">The school </w:t>
      </w:r>
      <w:proofErr w:type="spellStart"/>
      <w:r w:rsidRPr="00025C8E">
        <w:rPr>
          <w:rFonts w:cs="Calibri"/>
          <w:sz w:val="24"/>
          <w:szCs w:val="24"/>
        </w:rPr>
        <w:t>recognises</w:t>
      </w:r>
      <w:proofErr w:type="spellEnd"/>
      <w:r w:rsidRPr="00025C8E">
        <w:rPr>
          <w:rFonts w:cs="Calibri"/>
          <w:sz w:val="24"/>
          <w:szCs w:val="24"/>
        </w:rPr>
        <w:t xml:space="preserve"> its legal duty to take preventative action. This includes assessing risks, providing appropriate training and information, maintaining clear reporting routes, responding to concerns and reviewing incidents so that further risks are addressed.</w:t>
      </w:r>
    </w:p>
    <w:p w:rsidR="00025C8E" w:rsidRPr="00025C8E" w:rsidRDefault="00025C8E" w:rsidP="00025C8E">
      <w:pPr>
        <w:pStyle w:val="Heading2"/>
        <w:rPr>
          <w:rFonts w:ascii="Calibri" w:hAnsi="Calibri" w:cs="Calibri"/>
          <w:sz w:val="24"/>
          <w:szCs w:val="24"/>
        </w:rPr>
      </w:pPr>
      <w:r w:rsidRPr="00025C8E">
        <w:rPr>
          <w:rFonts w:ascii="Calibri" w:hAnsi="Calibri" w:cs="Calibri"/>
          <w:sz w:val="24"/>
          <w:szCs w:val="24"/>
        </w:rPr>
        <w:t xml:space="preserve">4.4 </w:t>
      </w:r>
      <w:proofErr w:type="spellStart"/>
      <w:r w:rsidRPr="00025C8E">
        <w:rPr>
          <w:rFonts w:ascii="Calibri" w:hAnsi="Calibri" w:cs="Calibri"/>
          <w:sz w:val="24"/>
          <w:szCs w:val="24"/>
        </w:rPr>
        <w:t>Victimisation</w:t>
      </w:r>
      <w:proofErr w:type="spellEnd"/>
    </w:p>
    <w:p w:rsidR="00025C8E" w:rsidRPr="00025C8E" w:rsidRDefault="00025C8E" w:rsidP="00025C8E">
      <w:pPr>
        <w:rPr>
          <w:rFonts w:cs="Calibri"/>
          <w:sz w:val="24"/>
          <w:szCs w:val="24"/>
        </w:rPr>
      </w:pPr>
      <w:proofErr w:type="spellStart"/>
      <w:r w:rsidRPr="00025C8E">
        <w:rPr>
          <w:rFonts w:cs="Calibri"/>
          <w:sz w:val="24"/>
          <w:szCs w:val="24"/>
        </w:rPr>
        <w:t>Victimisation</w:t>
      </w:r>
      <w:proofErr w:type="spellEnd"/>
      <w:r w:rsidRPr="00025C8E">
        <w:rPr>
          <w:rFonts w:cs="Calibri"/>
          <w:sz w:val="24"/>
          <w:szCs w:val="24"/>
        </w:rPr>
        <w:t xml:space="preserve"> is detrimental treatment because a person has carried out a protected act under the Equality Act 2010, for example raising an equality concern, making an allegation of discrimination or harassment, or supporting another person’s complaint.</w:t>
      </w:r>
    </w:p>
    <w:p w:rsidR="00025C8E" w:rsidRPr="00025C8E" w:rsidRDefault="00025C8E" w:rsidP="00025C8E">
      <w:pPr>
        <w:pStyle w:val="Heading2"/>
        <w:rPr>
          <w:rFonts w:ascii="Calibri" w:hAnsi="Calibri" w:cs="Calibri"/>
          <w:sz w:val="24"/>
          <w:szCs w:val="24"/>
        </w:rPr>
      </w:pPr>
      <w:r w:rsidRPr="00025C8E">
        <w:rPr>
          <w:rFonts w:ascii="Calibri" w:hAnsi="Calibri" w:cs="Calibri"/>
          <w:sz w:val="24"/>
          <w:szCs w:val="24"/>
        </w:rPr>
        <w:t>4.5 What is not bullying</w:t>
      </w:r>
    </w:p>
    <w:p w:rsidR="00025C8E" w:rsidRPr="00025C8E" w:rsidRDefault="00025C8E" w:rsidP="00025C8E">
      <w:pPr>
        <w:rPr>
          <w:rFonts w:cs="Calibri"/>
          <w:sz w:val="24"/>
          <w:szCs w:val="24"/>
        </w:rPr>
      </w:pPr>
      <w:r w:rsidRPr="00025C8E">
        <w:rPr>
          <w:rFonts w:cs="Calibri"/>
          <w:sz w:val="24"/>
          <w:szCs w:val="24"/>
        </w:rPr>
        <w:t>Reasonable and respectful management action is not bullying simply because it is difficult, challenging or unwelcome. This includes fair performance management, proportionate accountability, constructive feedback, reasonable allocation of work and the application of agreed policies. However, legitimate management action must be carried out fairly, respectfully and consistently.</w:t>
      </w:r>
    </w:p>
    <w:p w:rsidR="00025C8E" w:rsidRPr="00025C8E" w:rsidRDefault="00025C8E" w:rsidP="00025C8E">
      <w:pPr>
        <w:pStyle w:val="Heading1"/>
        <w:rPr>
          <w:rFonts w:ascii="Calibri" w:hAnsi="Calibri" w:cs="Calibri"/>
          <w:sz w:val="24"/>
          <w:szCs w:val="24"/>
        </w:rPr>
      </w:pPr>
      <w:r w:rsidRPr="00025C8E">
        <w:rPr>
          <w:rFonts w:ascii="Calibri" w:hAnsi="Calibri" w:cs="Calibri"/>
          <w:sz w:val="24"/>
          <w:szCs w:val="24"/>
        </w:rPr>
        <w:t>5. Roles and responsibilities</w:t>
      </w:r>
    </w:p>
    <w:p w:rsidR="00025C8E" w:rsidRPr="00025C8E" w:rsidRDefault="00025C8E" w:rsidP="00025C8E">
      <w:pPr>
        <w:pStyle w:val="Heading2"/>
        <w:rPr>
          <w:rFonts w:ascii="Calibri" w:hAnsi="Calibri" w:cs="Calibri"/>
          <w:sz w:val="24"/>
          <w:szCs w:val="24"/>
        </w:rPr>
      </w:pPr>
      <w:r w:rsidRPr="00025C8E">
        <w:rPr>
          <w:rFonts w:ascii="Calibri" w:hAnsi="Calibri" w:cs="Calibri"/>
          <w:sz w:val="24"/>
          <w:szCs w:val="24"/>
        </w:rPr>
        <w:t>5.1 Governing Board</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promote a culture in which staff are treated fairly and with dignity and respect;</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ensure appropriate policies and procedures are in place and reviewed;</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provide appropriate oversight of significant concerns and the effectiveness of the school’s arrangements; and</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ensure concerns involving the Headteacher or a governor are handled by an appropriate person in accordance with Buckinghamshire Council procedures and governance arrangements.</w:t>
      </w:r>
    </w:p>
    <w:p w:rsidR="00025C8E" w:rsidRPr="00025C8E" w:rsidRDefault="00025C8E" w:rsidP="00025C8E">
      <w:pPr>
        <w:pStyle w:val="Heading2"/>
        <w:rPr>
          <w:rFonts w:ascii="Calibri" w:hAnsi="Calibri" w:cs="Calibri"/>
          <w:sz w:val="24"/>
          <w:szCs w:val="24"/>
        </w:rPr>
      </w:pPr>
      <w:r w:rsidRPr="00025C8E">
        <w:rPr>
          <w:rFonts w:ascii="Calibri" w:hAnsi="Calibri" w:cs="Calibri"/>
          <w:sz w:val="24"/>
          <w:szCs w:val="24"/>
        </w:rPr>
        <w:t>5.2 Headteacher and senior leaders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 xml:space="preserve">model respectful professional </w:t>
      </w:r>
      <w:proofErr w:type="spellStart"/>
      <w:r w:rsidRPr="00025C8E">
        <w:rPr>
          <w:rFonts w:cs="Calibri"/>
          <w:sz w:val="24"/>
          <w:szCs w:val="24"/>
        </w:rPr>
        <w:t>behaviour</w:t>
      </w:r>
      <w:proofErr w:type="spellEnd"/>
      <w:r w:rsidRPr="00025C8E">
        <w:rPr>
          <w:rFonts w:cs="Calibri"/>
          <w:sz w:val="24"/>
          <w:szCs w:val="24"/>
        </w:rPr>
        <w:t>;</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ensure concerns are taken seriously and acted upon promptly;</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take appropriate action where they become aware of bullying or harassment, even if no formal complaint has been made;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consider safeguarding, health and safety, equality and employment implications;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 xml:space="preserve">ensure staff are protected from retaliation or </w:t>
      </w:r>
      <w:proofErr w:type="spellStart"/>
      <w:r w:rsidRPr="00025C8E">
        <w:rPr>
          <w:rFonts w:cs="Calibri"/>
          <w:sz w:val="24"/>
          <w:szCs w:val="24"/>
        </w:rPr>
        <w:t>victimisation</w:t>
      </w:r>
      <w:proofErr w:type="spellEnd"/>
      <w:r w:rsidRPr="00025C8E">
        <w:rPr>
          <w:rFonts w:cs="Calibri"/>
          <w:sz w:val="24"/>
          <w:szCs w:val="24"/>
        </w:rPr>
        <w:t>;</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 xml:space="preserve">seek HR, ESAS, legal or </w:t>
      </w:r>
      <w:proofErr w:type="gramStart"/>
      <w:r w:rsidRPr="00025C8E">
        <w:rPr>
          <w:rFonts w:cs="Calibri"/>
          <w:sz w:val="24"/>
          <w:szCs w:val="24"/>
        </w:rPr>
        <w:t>other</w:t>
      </w:r>
      <w:proofErr w:type="gramEnd"/>
      <w:r w:rsidRPr="00025C8E">
        <w:rPr>
          <w:rFonts w:cs="Calibri"/>
          <w:sz w:val="24"/>
          <w:szCs w:val="24"/>
        </w:rPr>
        <w:t xml:space="preserve"> specialist advice where appropriate; and</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lastRenderedPageBreak/>
        <w:t>ensure staff know how and where to report concerns.</w:t>
      </w:r>
    </w:p>
    <w:p w:rsidR="00025C8E" w:rsidRPr="00025C8E" w:rsidRDefault="00025C8E" w:rsidP="00025C8E">
      <w:pPr>
        <w:pStyle w:val="Heading2"/>
        <w:rPr>
          <w:rFonts w:ascii="Calibri" w:hAnsi="Calibri" w:cs="Calibri"/>
          <w:sz w:val="24"/>
          <w:szCs w:val="24"/>
        </w:rPr>
      </w:pPr>
      <w:r w:rsidRPr="00025C8E">
        <w:rPr>
          <w:rFonts w:ascii="Calibri" w:hAnsi="Calibri" w:cs="Calibri"/>
          <w:sz w:val="24"/>
          <w:szCs w:val="24"/>
        </w:rPr>
        <w:t>5.3 Line managers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listen to concerns and respond sensitively;</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record concerns accurately and maintain appropriate confidentiality;</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seek advice where unsure about the appropriate route;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take reasonable steps to prevent further incidents while a concern is considered; and</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support all parties fairly, without prejudging the outcome.</w:t>
      </w:r>
    </w:p>
    <w:p w:rsidR="00025C8E" w:rsidRPr="00025C8E" w:rsidRDefault="00025C8E" w:rsidP="00025C8E">
      <w:pPr>
        <w:pStyle w:val="Heading2"/>
        <w:rPr>
          <w:rFonts w:ascii="Calibri" w:hAnsi="Calibri" w:cs="Calibri"/>
          <w:sz w:val="24"/>
          <w:szCs w:val="24"/>
        </w:rPr>
      </w:pPr>
      <w:r w:rsidRPr="00025C8E">
        <w:rPr>
          <w:rFonts w:ascii="Calibri" w:hAnsi="Calibri" w:cs="Calibri"/>
          <w:sz w:val="24"/>
          <w:szCs w:val="24"/>
        </w:rPr>
        <w:t>5.4 All staff</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treat colleagues and other members of the school community with dignity and respect;</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follow reasonable management instructions and relevant policies;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 xml:space="preserve">raise concerns promptly where they experience or witness bullying, harassment or </w:t>
      </w:r>
      <w:proofErr w:type="spellStart"/>
      <w:r w:rsidRPr="00025C8E">
        <w:rPr>
          <w:rFonts w:cs="Calibri"/>
          <w:sz w:val="24"/>
          <w:szCs w:val="24"/>
        </w:rPr>
        <w:t>victimisation</w:t>
      </w:r>
      <w:proofErr w:type="spellEnd"/>
      <w:r w:rsidRPr="00025C8E">
        <w:rPr>
          <w:rFonts w:cs="Calibri"/>
          <w:sz w:val="24"/>
          <w:szCs w:val="24"/>
        </w:rPr>
        <w:t>;</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co-operate honestly with investigations and meetings; and</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avoid making knowingly false or malicious allegations.</w:t>
      </w:r>
    </w:p>
    <w:p w:rsidR="00025C8E" w:rsidRPr="00025C8E" w:rsidRDefault="00025C8E" w:rsidP="00025C8E">
      <w:pPr>
        <w:pStyle w:val="Heading1"/>
        <w:rPr>
          <w:rFonts w:ascii="Calibri" w:hAnsi="Calibri" w:cs="Calibri"/>
          <w:sz w:val="24"/>
          <w:szCs w:val="24"/>
        </w:rPr>
      </w:pPr>
      <w:r w:rsidRPr="00025C8E">
        <w:rPr>
          <w:rFonts w:ascii="Calibri" w:hAnsi="Calibri" w:cs="Calibri"/>
          <w:sz w:val="24"/>
          <w:szCs w:val="24"/>
        </w:rPr>
        <w:t>6. Preventing bullying and harassment</w:t>
      </w:r>
    </w:p>
    <w:p w:rsidR="00025C8E" w:rsidRPr="00025C8E" w:rsidRDefault="00025C8E" w:rsidP="00025C8E">
      <w:pPr>
        <w:rPr>
          <w:rFonts w:cs="Calibri"/>
          <w:sz w:val="24"/>
          <w:szCs w:val="24"/>
        </w:rPr>
      </w:pPr>
      <w:r w:rsidRPr="00025C8E">
        <w:rPr>
          <w:rFonts w:cs="Calibri"/>
          <w:sz w:val="24"/>
          <w:szCs w:val="24"/>
        </w:rPr>
        <w:t>Prevention is a shared responsibility. The school will seek to reduce risk through:</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clear expectations in the Staff Code of Conduct and related policies;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appropriate induction, safeguarding and equality training;</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training and awareness relating to sexual harassment and respectful workplace culture;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clear routes for reporting concerns, including confidential discussion with a manager or appropriate senior leader;</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risk assessment and proportionate action where patterns or particular risks are identified;</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 xml:space="preserve">consideration of staff workload, working relationships and </w:t>
      </w:r>
      <w:proofErr w:type="spellStart"/>
      <w:r w:rsidRPr="00025C8E">
        <w:rPr>
          <w:rFonts w:cs="Calibri"/>
          <w:sz w:val="24"/>
          <w:szCs w:val="24"/>
        </w:rPr>
        <w:t>organisational</w:t>
      </w:r>
      <w:proofErr w:type="spellEnd"/>
      <w:r w:rsidRPr="00025C8E">
        <w:rPr>
          <w:rFonts w:cs="Calibri"/>
          <w:sz w:val="24"/>
          <w:szCs w:val="24"/>
        </w:rPr>
        <w:t xml:space="preserve"> factors that may contribute to conflict or poor conduct;</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 xml:space="preserve">action on inappropriate </w:t>
      </w:r>
      <w:proofErr w:type="spellStart"/>
      <w:r w:rsidRPr="00025C8E">
        <w:rPr>
          <w:rFonts w:cs="Calibri"/>
          <w:sz w:val="24"/>
          <w:szCs w:val="24"/>
        </w:rPr>
        <w:t>behaviour</w:t>
      </w:r>
      <w:proofErr w:type="spellEnd"/>
      <w:r w:rsidRPr="00025C8E">
        <w:rPr>
          <w:rFonts w:cs="Calibri"/>
          <w:sz w:val="24"/>
          <w:szCs w:val="24"/>
        </w:rPr>
        <w:t xml:space="preserve"> by third parties, including parents/</w:t>
      </w:r>
      <w:proofErr w:type="spellStart"/>
      <w:r w:rsidRPr="00025C8E">
        <w:rPr>
          <w:rFonts w:cs="Calibri"/>
          <w:sz w:val="24"/>
          <w:szCs w:val="24"/>
        </w:rPr>
        <w:t>carers</w:t>
      </w:r>
      <w:proofErr w:type="spellEnd"/>
      <w:r w:rsidRPr="00025C8E">
        <w:rPr>
          <w:rFonts w:cs="Calibri"/>
          <w:sz w:val="24"/>
          <w:szCs w:val="24"/>
        </w:rPr>
        <w:t>, pupils, contractors and visitors;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monitoring themes and patterns without identifying individuals unnecessarily; and</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regular review of this policy and associated procedures.</w:t>
      </w:r>
    </w:p>
    <w:tbl>
      <w:tblPr>
        <w:tblW w:w="0" w:type="auto"/>
        <w:jc w:val="center"/>
        <w:tblLook w:val="04A0" w:firstRow="1" w:lastRow="0" w:firstColumn="1" w:lastColumn="0" w:noHBand="0" w:noVBand="1"/>
      </w:tblPr>
      <w:tblGrid>
        <w:gridCol w:w="9936"/>
      </w:tblGrid>
      <w:tr w:rsidR="00025C8E" w:rsidRPr="00025C8E" w:rsidTr="00B70D35">
        <w:trPr>
          <w:jc w:val="center"/>
        </w:trPr>
        <w:tc>
          <w:tcPr>
            <w:tcW w:w="10080" w:type="dxa"/>
            <w:shd w:val="clear" w:color="auto" w:fill="EAF5FA"/>
            <w:tcMar>
              <w:top w:w="160" w:type="dxa"/>
              <w:left w:w="180" w:type="dxa"/>
              <w:bottom w:w="160" w:type="dxa"/>
              <w:right w:w="180" w:type="dxa"/>
            </w:tcMar>
          </w:tcPr>
          <w:p w:rsidR="00025C8E" w:rsidRPr="00025C8E" w:rsidRDefault="00025C8E" w:rsidP="00B70D35">
            <w:pPr>
              <w:rPr>
                <w:rFonts w:cs="Calibri"/>
                <w:sz w:val="24"/>
                <w:szCs w:val="24"/>
              </w:rPr>
            </w:pPr>
            <w:r w:rsidRPr="00025C8E">
              <w:rPr>
                <w:rFonts w:cs="Calibri"/>
                <w:b/>
                <w:sz w:val="24"/>
                <w:szCs w:val="24"/>
              </w:rPr>
              <w:t>Preventative duty</w:t>
            </w:r>
            <w:r w:rsidRPr="00025C8E">
              <w:rPr>
                <w:rFonts w:cs="Calibri"/>
                <w:sz w:val="24"/>
                <w:szCs w:val="24"/>
              </w:rPr>
              <w:br/>
              <w:t>The school will not wait for a complaint before considering risks. Where information indicates a risk of sexual harassment or other unacceptable conduct, leaders should consider what preventative action is reasonable and proportionate.</w:t>
            </w:r>
          </w:p>
        </w:tc>
      </w:tr>
    </w:tbl>
    <w:p w:rsidR="00025C8E" w:rsidRPr="00025C8E" w:rsidRDefault="00025C8E" w:rsidP="00025C8E">
      <w:pPr>
        <w:spacing w:after="40"/>
        <w:rPr>
          <w:rFonts w:cs="Calibri"/>
          <w:sz w:val="24"/>
          <w:szCs w:val="24"/>
        </w:rPr>
      </w:pPr>
    </w:p>
    <w:p w:rsidR="00025C8E" w:rsidRPr="00025C8E" w:rsidRDefault="00025C8E" w:rsidP="00025C8E">
      <w:pPr>
        <w:pStyle w:val="Heading1"/>
        <w:rPr>
          <w:rFonts w:ascii="Calibri" w:hAnsi="Calibri" w:cs="Calibri"/>
          <w:sz w:val="24"/>
          <w:szCs w:val="24"/>
        </w:rPr>
      </w:pPr>
      <w:r w:rsidRPr="00025C8E">
        <w:rPr>
          <w:rFonts w:ascii="Calibri" w:hAnsi="Calibri" w:cs="Calibri"/>
          <w:sz w:val="24"/>
          <w:szCs w:val="24"/>
        </w:rPr>
        <w:t xml:space="preserve">7. Bullying and harassment by pupils, parents, </w:t>
      </w:r>
      <w:proofErr w:type="spellStart"/>
      <w:r w:rsidRPr="00025C8E">
        <w:rPr>
          <w:rFonts w:ascii="Calibri" w:hAnsi="Calibri" w:cs="Calibri"/>
          <w:sz w:val="24"/>
          <w:szCs w:val="24"/>
        </w:rPr>
        <w:t>carers</w:t>
      </w:r>
      <w:proofErr w:type="spellEnd"/>
      <w:r w:rsidRPr="00025C8E">
        <w:rPr>
          <w:rFonts w:ascii="Calibri" w:hAnsi="Calibri" w:cs="Calibri"/>
          <w:sz w:val="24"/>
          <w:szCs w:val="24"/>
        </w:rPr>
        <w:t xml:space="preserve"> or other third parties</w:t>
      </w:r>
    </w:p>
    <w:p w:rsidR="00025C8E" w:rsidRPr="00025C8E" w:rsidRDefault="00025C8E" w:rsidP="00025C8E">
      <w:pPr>
        <w:rPr>
          <w:rFonts w:cs="Calibri"/>
          <w:sz w:val="24"/>
          <w:szCs w:val="24"/>
        </w:rPr>
      </w:pPr>
      <w:r w:rsidRPr="00025C8E">
        <w:rPr>
          <w:rFonts w:cs="Calibri"/>
          <w:sz w:val="24"/>
          <w:szCs w:val="24"/>
        </w:rPr>
        <w:t xml:space="preserve">The DfE’s July 2026 guidance makes clear that schools should have arrangements to prevent and tackle bullying and harassment of staff, including conduct from people outside the staff body. Stoke </w:t>
      </w:r>
      <w:r w:rsidRPr="00025C8E">
        <w:rPr>
          <w:rFonts w:cs="Calibri"/>
          <w:sz w:val="24"/>
          <w:szCs w:val="24"/>
        </w:rPr>
        <w:lastRenderedPageBreak/>
        <w:t>Mandeville Combined School will therefore respond to concerns involving pupils, parents/</w:t>
      </w:r>
      <w:proofErr w:type="spellStart"/>
      <w:r w:rsidRPr="00025C8E">
        <w:rPr>
          <w:rFonts w:cs="Calibri"/>
          <w:sz w:val="24"/>
          <w:szCs w:val="24"/>
        </w:rPr>
        <w:t>carers</w:t>
      </w:r>
      <w:proofErr w:type="spellEnd"/>
      <w:r w:rsidRPr="00025C8E">
        <w:rPr>
          <w:rFonts w:cs="Calibri"/>
          <w:sz w:val="24"/>
          <w:szCs w:val="24"/>
        </w:rPr>
        <w:t xml:space="preserve"> and other third parties.</w:t>
      </w:r>
    </w:p>
    <w:p w:rsidR="00025C8E" w:rsidRPr="00025C8E" w:rsidRDefault="00025C8E" w:rsidP="00025C8E">
      <w:pPr>
        <w:pStyle w:val="Heading2"/>
        <w:rPr>
          <w:rFonts w:ascii="Calibri" w:hAnsi="Calibri" w:cs="Calibri"/>
          <w:sz w:val="24"/>
          <w:szCs w:val="24"/>
        </w:rPr>
      </w:pPr>
      <w:r w:rsidRPr="00025C8E">
        <w:rPr>
          <w:rFonts w:ascii="Calibri" w:hAnsi="Calibri" w:cs="Calibri"/>
          <w:sz w:val="24"/>
          <w:szCs w:val="24"/>
        </w:rPr>
        <w:t xml:space="preserve">7.1 Where the alleged </w:t>
      </w:r>
      <w:proofErr w:type="spellStart"/>
      <w:r w:rsidRPr="00025C8E">
        <w:rPr>
          <w:rFonts w:ascii="Calibri" w:hAnsi="Calibri" w:cs="Calibri"/>
          <w:sz w:val="24"/>
          <w:szCs w:val="24"/>
        </w:rPr>
        <w:t>behaviour</w:t>
      </w:r>
      <w:proofErr w:type="spellEnd"/>
      <w:r w:rsidRPr="00025C8E">
        <w:rPr>
          <w:rFonts w:ascii="Calibri" w:hAnsi="Calibri" w:cs="Calibri"/>
          <w:sz w:val="24"/>
          <w:szCs w:val="24"/>
        </w:rPr>
        <w:t xml:space="preserve"> involves a pupil</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the concern should be reported to the class teacher, line manager, senior leader or Headteacher as soon as possible;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 xml:space="preserve">the school will consider whether the </w:t>
      </w:r>
      <w:proofErr w:type="spellStart"/>
      <w:r w:rsidRPr="00025C8E">
        <w:rPr>
          <w:rFonts w:cs="Calibri"/>
          <w:sz w:val="24"/>
          <w:szCs w:val="24"/>
        </w:rPr>
        <w:t>behaviour</w:t>
      </w:r>
      <w:proofErr w:type="spellEnd"/>
      <w:r w:rsidRPr="00025C8E">
        <w:rPr>
          <w:rFonts w:cs="Calibri"/>
          <w:sz w:val="24"/>
          <w:szCs w:val="24"/>
        </w:rPr>
        <w:t xml:space="preserve"> is a </w:t>
      </w:r>
      <w:proofErr w:type="spellStart"/>
      <w:r w:rsidRPr="00025C8E">
        <w:rPr>
          <w:rFonts w:cs="Calibri"/>
          <w:sz w:val="24"/>
          <w:szCs w:val="24"/>
        </w:rPr>
        <w:t>behaviour</w:t>
      </w:r>
      <w:proofErr w:type="spellEnd"/>
      <w:r w:rsidRPr="00025C8E">
        <w:rPr>
          <w:rFonts w:cs="Calibri"/>
          <w:sz w:val="24"/>
          <w:szCs w:val="24"/>
        </w:rPr>
        <w:t xml:space="preserve"> matter, safeguarding concern, discriminatory incident, bullying/harassment concern or a combination;</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the pupil’s age, developmental stage, SEND, communication needs and any relevant vulnerabilities will be considered when deciding the response;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 xml:space="preserve">the school will use the </w:t>
      </w:r>
      <w:proofErr w:type="spellStart"/>
      <w:r w:rsidRPr="00025C8E">
        <w:rPr>
          <w:rFonts w:cs="Calibri"/>
          <w:sz w:val="24"/>
          <w:szCs w:val="24"/>
        </w:rPr>
        <w:t>Behaviour</w:t>
      </w:r>
      <w:proofErr w:type="spellEnd"/>
      <w:r w:rsidRPr="00025C8E">
        <w:rPr>
          <w:rFonts w:cs="Calibri"/>
          <w:sz w:val="24"/>
          <w:szCs w:val="24"/>
        </w:rPr>
        <w:t xml:space="preserve"> Policy and safeguarding procedures as appropriate;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where there is a risk of harm, the school will take proportionate steps to protect the member of staff while the matter is considered; and</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 xml:space="preserve">serious or persistent conduct may result in sanctions under the </w:t>
      </w:r>
      <w:proofErr w:type="spellStart"/>
      <w:r w:rsidRPr="00025C8E">
        <w:rPr>
          <w:rFonts w:cs="Calibri"/>
          <w:sz w:val="24"/>
          <w:szCs w:val="24"/>
        </w:rPr>
        <w:t>Behaviour</w:t>
      </w:r>
      <w:proofErr w:type="spellEnd"/>
      <w:r w:rsidRPr="00025C8E">
        <w:rPr>
          <w:rFonts w:cs="Calibri"/>
          <w:sz w:val="24"/>
          <w:szCs w:val="24"/>
        </w:rPr>
        <w:t xml:space="preserve"> Policy and, where appropriate, involvement of parents/</w:t>
      </w:r>
      <w:proofErr w:type="spellStart"/>
      <w:r w:rsidRPr="00025C8E">
        <w:rPr>
          <w:rFonts w:cs="Calibri"/>
          <w:sz w:val="24"/>
          <w:szCs w:val="24"/>
        </w:rPr>
        <w:t>carers</w:t>
      </w:r>
      <w:proofErr w:type="spellEnd"/>
      <w:r w:rsidRPr="00025C8E">
        <w:rPr>
          <w:rFonts w:cs="Calibri"/>
          <w:sz w:val="24"/>
          <w:szCs w:val="24"/>
        </w:rPr>
        <w:t xml:space="preserve"> or external agencies.</w:t>
      </w:r>
    </w:p>
    <w:p w:rsidR="00025C8E" w:rsidRPr="00025C8E" w:rsidRDefault="00025C8E" w:rsidP="00025C8E">
      <w:pPr>
        <w:pStyle w:val="Heading2"/>
        <w:rPr>
          <w:rFonts w:ascii="Calibri" w:hAnsi="Calibri" w:cs="Calibri"/>
          <w:sz w:val="24"/>
          <w:szCs w:val="24"/>
        </w:rPr>
      </w:pPr>
      <w:r w:rsidRPr="00025C8E">
        <w:rPr>
          <w:rFonts w:ascii="Calibri" w:hAnsi="Calibri" w:cs="Calibri"/>
          <w:sz w:val="24"/>
          <w:szCs w:val="24"/>
        </w:rPr>
        <w:t xml:space="preserve">7.2 Where the alleged </w:t>
      </w:r>
      <w:proofErr w:type="spellStart"/>
      <w:r w:rsidRPr="00025C8E">
        <w:rPr>
          <w:rFonts w:ascii="Calibri" w:hAnsi="Calibri" w:cs="Calibri"/>
          <w:sz w:val="24"/>
          <w:szCs w:val="24"/>
        </w:rPr>
        <w:t>behaviour</w:t>
      </w:r>
      <w:proofErr w:type="spellEnd"/>
      <w:r w:rsidRPr="00025C8E">
        <w:rPr>
          <w:rFonts w:ascii="Calibri" w:hAnsi="Calibri" w:cs="Calibri"/>
          <w:sz w:val="24"/>
          <w:szCs w:val="24"/>
        </w:rPr>
        <w:t xml:space="preserve"> involves a parent/</w:t>
      </w:r>
      <w:proofErr w:type="spellStart"/>
      <w:r w:rsidRPr="00025C8E">
        <w:rPr>
          <w:rFonts w:ascii="Calibri" w:hAnsi="Calibri" w:cs="Calibri"/>
          <w:sz w:val="24"/>
          <w:szCs w:val="24"/>
        </w:rPr>
        <w:t>carer</w:t>
      </w:r>
      <w:proofErr w:type="spellEnd"/>
      <w:r w:rsidRPr="00025C8E">
        <w:rPr>
          <w:rFonts w:ascii="Calibri" w:hAnsi="Calibri" w:cs="Calibri"/>
          <w:sz w:val="24"/>
          <w:szCs w:val="24"/>
        </w:rPr>
        <w:t xml:space="preserve"> or other third party</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the concern should be reported to the Headteacher or a senior leader;</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the school will consider whether the matter should be addressed through the Parent/</w:t>
      </w:r>
      <w:proofErr w:type="spellStart"/>
      <w:r w:rsidRPr="00025C8E">
        <w:rPr>
          <w:rFonts w:cs="Calibri"/>
          <w:sz w:val="24"/>
          <w:szCs w:val="24"/>
        </w:rPr>
        <w:t>Carer</w:t>
      </w:r>
      <w:proofErr w:type="spellEnd"/>
      <w:r w:rsidRPr="00025C8E">
        <w:rPr>
          <w:rFonts w:cs="Calibri"/>
          <w:sz w:val="24"/>
          <w:szCs w:val="24"/>
        </w:rPr>
        <w:t xml:space="preserve"> Code of Conduct, complaints process, safeguarding procedures, or another route;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 xml:space="preserve">the school may set reasonable boundaries for communication and contact where </w:t>
      </w:r>
      <w:proofErr w:type="spellStart"/>
      <w:r w:rsidRPr="00025C8E">
        <w:rPr>
          <w:rFonts w:cs="Calibri"/>
          <w:sz w:val="24"/>
          <w:szCs w:val="24"/>
        </w:rPr>
        <w:t>behaviour</w:t>
      </w:r>
      <w:proofErr w:type="spellEnd"/>
      <w:r w:rsidRPr="00025C8E">
        <w:rPr>
          <w:rFonts w:cs="Calibri"/>
          <w:sz w:val="24"/>
          <w:szCs w:val="24"/>
        </w:rPr>
        <w:t xml:space="preserve"> is unacceptable;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the school may restrict contact or access to school premises where necessary and proportionate, in accordance with relevant procedures; and</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where conduct may amount to a criminal offence or presents an immediate safety risk, the school may contact the police or other appropriate agency.</w:t>
      </w:r>
    </w:p>
    <w:p w:rsidR="00025C8E" w:rsidRPr="00025C8E" w:rsidRDefault="00025C8E" w:rsidP="00025C8E">
      <w:pPr>
        <w:pStyle w:val="Heading2"/>
        <w:rPr>
          <w:rFonts w:ascii="Calibri" w:hAnsi="Calibri" w:cs="Calibri"/>
          <w:sz w:val="24"/>
          <w:szCs w:val="24"/>
        </w:rPr>
      </w:pPr>
      <w:r w:rsidRPr="00025C8E">
        <w:rPr>
          <w:rFonts w:ascii="Calibri" w:hAnsi="Calibri" w:cs="Calibri"/>
          <w:sz w:val="24"/>
          <w:szCs w:val="24"/>
        </w:rPr>
        <w:t>7.3 Online and digital conduct</w:t>
      </w:r>
    </w:p>
    <w:p w:rsidR="00025C8E" w:rsidRPr="00025C8E" w:rsidRDefault="00025C8E" w:rsidP="00025C8E">
      <w:pPr>
        <w:rPr>
          <w:rFonts w:cs="Calibri"/>
          <w:sz w:val="24"/>
          <w:szCs w:val="24"/>
        </w:rPr>
      </w:pPr>
      <w:r w:rsidRPr="00025C8E">
        <w:rPr>
          <w:rFonts w:cs="Calibri"/>
          <w:sz w:val="24"/>
          <w:szCs w:val="24"/>
        </w:rPr>
        <w:t>Bullying and harassment can occur through email, messaging services, social media, online meetings, shared documents or other digital platforms. Staff should preserve relevant evidence where safe to do so and report concerns rather than attempting to resolve serious online abuse themselves.</w:t>
      </w:r>
    </w:p>
    <w:p w:rsidR="00025C8E" w:rsidRPr="00025C8E" w:rsidRDefault="00025C8E" w:rsidP="00025C8E">
      <w:pPr>
        <w:pStyle w:val="Heading1"/>
        <w:rPr>
          <w:rFonts w:ascii="Calibri" w:hAnsi="Calibri" w:cs="Calibri"/>
          <w:sz w:val="24"/>
          <w:szCs w:val="24"/>
        </w:rPr>
      </w:pPr>
      <w:r w:rsidRPr="00025C8E">
        <w:rPr>
          <w:rFonts w:ascii="Calibri" w:hAnsi="Calibri" w:cs="Calibri"/>
          <w:sz w:val="24"/>
          <w:szCs w:val="24"/>
        </w:rPr>
        <w:t>8. Reporting and responding to concerns</w:t>
      </w:r>
    </w:p>
    <w:p w:rsidR="00025C8E" w:rsidRPr="00025C8E" w:rsidRDefault="00025C8E" w:rsidP="00025C8E">
      <w:pPr>
        <w:rPr>
          <w:rFonts w:cs="Calibri"/>
          <w:sz w:val="24"/>
          <w:szCs w:val="24"/>
        </w:rPr>
      </w:pPr>
      <w:r w:rsidRPr="00025C8E">
        <w:rPr>
          <w:rFonts w:cs="Calibri"/>
          <w:sz w:val="24"/>
          <w:szCs w:val="24"/>
        </w:rPr>
        <w:t>A member of staff may raise a concern verbally or in writing. A written statement is not required before a manager can begin to consider whether action is needed.</w:t>
      </w:r>
    </w:p>
    <w:p w:rsidR="00025C8E" w:rsidRPr="00025C8E" w:rsidRDefault="00025C8E" w:rsidP="00025C8E">
      <w:pPr>
        <w:pStyle w:val="Heading2"/>
        <w:rPr>
          <w:rFonts w:ascii="Calibri" w:hAnsi="Calibri" w:cs="Calibri"/>
          <w:sz w:val="24"/>
          <w:szCs w:val="24"/>
        </w:rPr>
      </w:pPr>
      <w:r w:rsidRPr="00025C8E">
        <w:rPr>
          <w:rFonts w:ascii="Calibri" w:hAnsi="Calibri" w:cs="Calibri"/>
          <w:sz w:val="24"/>
          <w:szCs w:val="24"/>
        </w:rPr>
        <w:t>8.1 Initial response</w:t>
      </w:r>
    </w:p>
    <w:p w:rsidR="00025C8E" w:rsidRPr="00025C8E" w:rsidRDefault="00025C8E" w:rsidP="00025C8E">
      <w:pPr>
        <w:pStyle w:val="ListNumber"/>
        <w:spacing w:after="40" w:line="259" w:lineRule="auto"/>
        <w:rPr>
          <w:rFonts w:cs="Calibri"/>
          <w:sz w:val="24"/>
          <w:szCs w:val="24"/>
        </w:rPr>
      </w:pPr>
      <w:r w:rsidRPr="00025C8E">
        <w:rPr>
          <w:rFonts w:cs="Calibri"/>
          <w:sz w:val="24"/>
          <w:szCs w:val="24"/>
        </w:rPr>
        <w:t>Listen to the concern without making assumptions about the outcome.</w:t>
      </w:r>
    </w:p>
    <w:p w:rsidR="00025C8E" w:rsidRPr="00025C8E" w:rsidRDefault="00025C8E" w:rsidP="00025C8E">
      <w:pPr>
        <w:pStyle w:val="ListNumber"/>
        <w:spacing w:after="40" w:line="259" w:lineRule="auto"/>
        <w:rPr>
          <w:rFonts w:cs="Calibri"/>
          <w:sz w:val="24"/>
          <w:szCs w:val="24"/>
        </w:rPr>
      </w:pPr>
      <w:r w:rsidRPr="00025C8E">
        <w:rPr>
          <w:rFonts w:cs="Calibri"/>
          <w:sz w:val="24"/>
          <w:szCs w:val="24"/>
        </w:rPr>
        <w:t>Check whether there is an immediate risk to safety, wellbeing or safeguarding.</w:t>
      </w:r>
    </w:p>
    <w:p w:rsidR="00025C8E" w:rsidRPr="00025C8E" w:rsidRDefault="00025C8E" w:rsidP="00025C8E">
      <w:pPr>
        <w:pStyle w:val="ListNumber"/>
        <w:spacing w:after="40" w:line="259" w:lineRule="auto"/>
        <w:rPr>
          <w:rFonts w:cs="Calibri"/>
          <w:sz w:val="24"/>
          <w:szCs w:val="24"/>
        </w:rPr>
      </w:pPr>
      <w:r w:rsidRPr="00025C8E">
        <w:rPr>
          <w:rFonts w:cs="Calibri"/>
          <w:sz w:val="24"/>
          <w:szCs w:val="24"/>
        </w:rPr>
        <w:t>Consider whether the concern relates to a protected characteristic or sexual harassment.</w:t>
      </w:r>
    </w:p>
    <w:p w:rsidR="00025C8E" w:rsidRPr="00025C8E" w:rsidRDefault="00025C8E" w:rsidP="00025C8E">
      <w:pPr>
        <w:pStyle w:val="ListNumber"/>
        <w:spacing w:after="40" w:line="259" w:lineRule="auto"/>
        <w:rPr>
          <w:rFonts w:cs="Calibri"/>
          <w:sz w:val="24"/>
          <w:szCs w:val="24"/>
        </w:rPr>
      </w:pPr>
      <w:r w:rsidRPr="00025C8E">
        <w:rPr>
          <w:rFonts w:cs="Calibri"/>
          <w:sz w:val="24"/>
          <w:szCs w:val="24"/>
        </w:rPr>
        <w:t>Record the concern, relevant dates, people involved, actions taken and decisions made.</w:t>
      </w:r>
    </w:p>
    <w:p w:rsidR="00025C8E" w:rsidRPr="00025C8E" w:rsidRDefault="00025C8E" w:rsidP="00025C8E">
      <w:pPr>
        <w:pStyle w:val="ListNumber"/>
        <w:spacing w:after="40" w:line="259" w:lineRule="auto"/>
        <w:rPr>
          <w:rFonts w:cs="Calibri"/>
          <w:sz w:val="24"/>
          <w:szCs w:val="24"/>
        </w:rPr>
      </w:pPr>
      <w:r w:rsidRPr="00025C8E">
        <w:rPr>
          <w:rFonts w:cs="Calibri"/>
          <w:sz w:val="24"/>
          <w:szCs w:val="24"/>
        </w:rPr>
        <w:t>Explain the next steps and likely timescale as far as possible.</w:t>
      </w:r>
    </w:p>
    <w:p w:rsidR="00025C8E" w:rsidRPr="00025C8E" w:rsidRDefault="00025C8E" w:rsidP="00025C8E">
      <w:pPr>
        <w:pStyle w:val="ListNumber"/>
        <w:spacing w:after="40" w:line="259" w:lineRule="auto"/>
        <w:rPr>
          <w:rFonts w:cs="Calibri"/>
          <w:sz w:val="24"/>
          <w:szCs w:val="24"/>
        </w:rPr>
      </w:pPr>
      <w:r w:rsidRPr="00025C8E">
        <w:rPr>
          <w:rFonts w:cs="Calibri"/>
          <w:sz w:val="24"/>
          <w:szCs w:val="24"/>
        </w:rPr>
        <w:lastRenderedPageBreak/>
        <w:t>Consider interim measures to reduce risk, such as changes to communication arrangements, supervision, working arrangements or contact routes.</w:t>
      </w:r>
    </w:p>
    <w:p w:rsidR="00025C8E" w:rsidRPr="00025C8E" w:rsidRDefault="00025C8E" w:rsidP="00025C8E">
      <w:pPr>
        <w:pStyle w:val="ListNumber"/>
        <w:spacing w:after="40" w:line="259" w:lineRule="auto"/>
        <w:rPr>
          <w:rFonts w:cs="Calibri"/>
          <w:sz w:val="24"/>
          <w:szCs w:val="24"/>
        </w:rPr>
      </w:pPr>
      <w:r w:rsidRPr="00025C8E">
        <w:rPr>
          <w:rFonts w:cs="Calibri"/>
          <w:sz w:val="24"/>
          <w:szCs w:val="24"/>
        </w:rPr>
        <w:t>Seek advice from Buckinghamshire Council HR or other appropriate services where necessary.</w:t>
      </w:r>
    </w:p>
    <w:p w:rsidR="00025C8E" w:rsidRPr="00025C8E" w:rsidRDefault="00025C8E" w:rsidP="00025C8E">
      <w:pPr>
        <w:pStyle w:val="Heading2"/>
        <w:rPr>
          <w:rFonts w:ascii="Calibri" w:hAnsi="Calibri" w:cs="Calibri"/>
          <w:sz w:val="24"/>
          <w:szCs w:val="24"/>
        </w:rPr>
      </w:pPr>
      <w:r w:rsidRPr="00025C8E">
        <w:rPr>
          <w:rFonts w:ascii="Calibri" w:hAnsi="Calibri" w:cs="Calibri"/>
          <w:sz w:val="24"/>
          <w:szCs w:val="24"/>
        </w:rPr>
        <w:t>8.2 If the concern involves the Headteacher</w:t>
      </w:r>
    </w:p>
    <w:p w:rsidR="00025C8E" w:rsidRPr="00025C8E" w:rsidRDefault="00025C8E" w:rsidP="00025C8E">
      <w:pPr>
        <w:rPr>
          <w:rFonts w:cs="Calibri"/>
          <w:sz w:val="24"/>
          <w:szCs w:val="24"/>
        </w:rPr>
      </w:pPr>
      <w:r w:rsidRPr="00025C8E">
        <w:rPr>
          <w:rFonts w:cs="Calibri"/>
          <w:sz w:val="24"/>
          <w:szCs w:val="24"/>
        </w:rPr>
        <w:t>A concern about the Headteacher should be raised with the Chair of Governors or another appropriate person identified within the school’s governance arrangements. The Chair should seek appropriate Buckinghamshire Council HR/legal advice and ensure the matter is handled independently and fairly.</w:t>
      </w:r>
    </w:p>
    <w:p w:rsidR="00025C8E" w:rsidRPr="00025C8E" w:rsidRDefault="00025C8E" w:rsidP="00025C8E">
      <w:pPr>
        <w:pStyle w:val="Heading2"/>
        <w:rPr>
          <w:rFonts w:ascii="Calibri" w:hAnsi="Calibri" w:cs="Calibri"/>
          <w:sz w:val="24"/>
          <w:szCs w:val="24"/>
        </w:rPr>
      </w:pPr>
      <w:r w:rsidRPr="00025C8E">
        <w:rPr>
          <w:rFonts w:ascii="Calibri" w:hAnsi="Calibri" w:cs="Calibri"/>
          <w:sz w:val="24"/>
          <w:szCs w:val="24"/>
        </w:rPr>
        <w:t>8.3 If the concern involves a governor</w:t>
      </w:r>
    </w:p>
    <w:p w:rsidR="00025C8E" w:rsidRPr="00025C8E" w:rsidRDefault="00025C8E" w:rsidP="00025C8E">
      <w:pPr>
        <w:rPr>
          <w:rFonts w:cs="Calibri"/>
          <w:sz w:val="24"/>
          <w:szCs w:val="24"/>
        </w:rPr>
      </w:pPr>
      <w:r w:rsidRPr="00025C8E">
        <w:rPr>
          <w:rFonts w:cs="Calibri"/>
          <w:sz w:val="24"/>
          <w:szCs w:val="24"/>
        </w:rPr>
        <w:t>A concern about a governor should normally be raised with the Chair of Governors. If the concern is about the Chair, it should be raised with the appropriate Buckinghamshire Council officer/service in accordance with the school’s governance procedures.</w:t>
      </w:r>
    </w:p>
    <w:p w:rsidR="00025C8E" w:rsidRPr="00025C8E" w:rsidRDefault="00025C8E" w:rsidP="00025C8E">
      <w:pPr>
        <w:pStyle w:val="Heading2"/>
        <w:rPr>
          <w:rFonts w:ascii="Calibri" w:hAnsi="Calibri" w:cs="Calibri"/>
          <w:sz w:val="24"/>
          <w:szCs w:val="24"/>
        </w:rPr>
      </w:pPr>
      <w:r w:rsidRPr="00025C8E">
        <w:rPr>
          <w:rFonts w:ascii="Calibri" w:hAnsi="Calibri" w:cs="Calibri"/>
          <w:sz w:val="24"/>
          <w:szCs w:val="24"/>
        </w:rPr>
        <w:t>8.4 Safeguarding</w:t>
      </w:r>
    </w:p>
    <w:p w:rsidR="00025C8E" w:rsidRPr="00025C8E" w:rsidRDefault="00025C8E" w:rsidP="00025C8E">
      <w:pPr>
        <w:rPr>
          <w:rFonts w:cs="Calibri"/>
          <w:sz w:val="24"/>
          <w:szCs w:val="24"/>
        </w:rPr>
      </w:pPr>
      <w:r w:rsidRPr="00025C8E">
        <w:rPr>
          <w:rFonts w:cs="Calibri"/>
          <w:sz w:val="24"/>
          <w:szCs w:val="24"/>
        </w:rPr>
        <w:t>If the concern involves a child or raises a safeguarding concern, the school’s Child Protection Policy and safeguarding procedures take priority. Staff must report safeguarding concerns without delay to the DSL or deputy. KCSIE 2026 states that safeguarding is everyone’s responsibility and that concerns must be acted on immediately.</w:t>
      </w:r>
    </w:p>
    <w:p w:rsidR="00025C8E" w:rsidRPr="00025C8E" w:rsidRDefault="00025C8E" w:rsidP="00025C8E">
      <w:pPr>
        <w:pStyle w:val="Heading1"/>
        <w:rPr>
          <w:rFonts w:ascii="Calibri" w:hAnsi="Calibri" w:cs="Calibri"/>
          <w:sz w:val="24"/>
          <w:szCs w:val="24"/>
        </w:rPr>
      </w:pPr>
      <w:r w:rsidRPr="00025C8E">
        <w:rPr>
          <w:rFonts w:ascii="Calibri" w:hAnsi="Calibri" w:cs="Calibri"/>
          <w:sz w:val="24"/>
          <w:szCs w:val="24"/>
        </w:rPr>
        <w:t>9. Informal resolution</w:t>
      </w:r>
    </w:p>
    <w:p w:rsidR="00025C8E" w:rsidRPr="00025C8E" w:rsidRDefault="00025C8E" w:rsidP="00025C8E">
      <w:pPr>
        <w:rPr>
          <w:rFonts w:cs="Calibri"/>
          <w:sz w:val="24"/>
          <w:szCs w:val="24"/>
        </w:rPr>
      </w:pPr>
      <w:r w:rsidRPr="00025C8E">
        <w:rPr>
          <w:rFonts w:cs="Calibri"/>
          <w:sz w:val="24"/>
          <w:szCs w:val="24"/>
        </w:rPr>
        <w:t>Where appropriate and safe, the school encourages early resolution. Informal action may include: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a direct conversation, where the person raising the concern feels able to have one;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support from a line manager or senior leader to facilitate a conversation;</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clarifying expectations or professional boundaries;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mediation, where both parties agree and it is appropriate;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an agreed action plan with clear expectations and review arrangements; or</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team-level training or reminders about respectful conduct where the issue is wider than one individual.</w:t>
      </w:r>
    </w:p>
    <w:p w:rsidR="00025C8E" w:rsidRPr="00025C8E" w:rsidRDefault="00025C8E" w:rsidP="00025C8E">
      <w:pPr>
        <w:rPr>
          <w:rFonts w:cs="Calibri"/>
          <w:sz w:val="24"/>
          <w:szCs w:val="24"/>
        </w:rPr>
      </w:pPr>
      <w:r w:rsidRPr="00025C8E">
        <w:rPr>
          <w:rFonts w:cs="Calibri"/>
          <w:sz w:val="24"/>
          <w:szCs w:val="24"/>
        </w:rPr>
        <w:t>A staff member does not have to approach the person concerned. Informal resolution should not be used where the alleged conduct is serious, there is a significant power imbalance, there is a risk of retaliation, the concern involves sexual harassment or safeguarding, or the approach would otherwise be inappropriate.</w:t>
      </w:r>
    </w:p>
    <w:p w:rsidR="00025C8E" w:rsidRPr="00025C8E" w:rsidRDefault="00025C8E" w:rsidP="00025C8E">
      <w:pPr>
        <w:rPr>
          <w:rFonts w:cs="Calibri"/>
          <w:sz w:val="24"/>
          <w:szCs w:val="24"/>
        </w:rPr>
      </w:pPr>
      <w:r w:rsidRPr="00025C8E">
        <w:rPr>
          <w:rFonts w:cs="Calibri"/>
          <w:sz w:val="24"/>
          <w:szCs w:val="24"/>
        </w:rPr>
        <w:t>Where informal action is agreed, the outcome and any agreed actions should be recorded appropriately.</w:t>
      </w:r>
    </w:p>
    <w:p w:rsidR="00025C8E" w:rsidRPr="00025C8E" w:rsidRDefault="00025C8E" w:rsidP="00025C8E">
      <w:pPr>
        <w:pStyle w:val="Heading1"/>
        <w:rPr>
          <w:rFonts w:ascii="Calibri" w:hAnsi="Calibri" w:cs="Calibri"/>
          <w:sz w:val="24"/>
          <w:szCs w:val="24"/>
        </w:rPr>
      </w:pPr>
      <w:r w:rsidRPr="00025C8E">
        <w:rPr>
          <w:rFonts w:ascii="Calibri" w:hAnsi="Calibri" w:cs="Calibri"/>
          <w:sz w:val="24"/>
          <w:szCs w:val="24"/>
        </w:rPr>
        <w:t>10. Formal resolution, grievance and conduct procedures</w:t>
      </w:r>
    </w:p>
    <w:p w:rsidR="00025C8E" w:rsidRPr="00025C8E" w:rsidRDefault="00025C8E" w:rsidP="00025C8E">
      <w:pPr>
        <w:rPr>
          <w:rFonts w:cs="Calibri"/>
          <w:sz w:val="24"/>
          <w:szCs w:val="24"/>
        </w:rPr>
      </w:pPr>
      <w:r w:rsidRPr="00025C8E">
        <w:rPr>
          <w:rFonts w:cs="Calibri"/>
          <w:sz w:val="24"/>
          <w:szCs w:val="24"/>
        </w:rPr>
        <w:t xml:space="preserve">Formal concerns will normally be handled under the school’s Grievance Procedure where the concern is raised by an employee about their working circumstances or treatment. If an investigation </w:t>
      </w:r>
      <w:r w:rsidRPr="00025C8E">
        <w:rPr>
          <w:rFonts w:cs="Calibri"/>
          <w:sz w:val="24"/>
          <w:szCs w:val="24"/>
        </w:rPr>
        <w:lastRenderedPageBreak/>
        <w:t>identifies potential misconduct by another employee, the Conduct and Discipline procedure will be followed.</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Formal procedures will be conducted fairly, impartially and without unreasonable delay.</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Those involved will be informed of the process and, where appropriate, the opportunity to be accompanied in accordance with the relevant procedure.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Investigations will gather relevant evidence and give the person complained about a fair opportunity to respond.</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Where allegations are substantiated, appropriate action will be taken under the relevant conduct/disciplinary procedure.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Where allegations are not substantiated, this does not mean the person who raised the concern acted improperly if the concern was raised honestly and in good faith.</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Appeals will be handled in accordance with the relevant Grievance or Conduct and Discipline procedure.</w:t>
      </w:r>
    </w:p>
    <w:p w:rsidR="00025C8E" w:rsidRPr="00025C8E" w:rsidRDefault="00025C8E" w:rsidP="00025C8E">
      <w:pPr>
        <w:rPr>
          <w:rFonts w:cs="Calibri"/>
          <w:sz w:val="24"/>
          <w:szCs w:val="24"/>
        </w:rPr>
      </w:pPr>
      <w:r w:rsidRPr="00025C8E">
        <w:rPr>
          <w:rFonts w:cs="Calibri"/>
          <w:sz w:val="24"/>
          <w:szCs w:val="24"/>
        </w:rPr>
        <w:t xml:space="preserve">Where the </w:t>
      </w:r>
      <w:proofErr w:type="spellStart"/>
      <w:r w:rsidRPr="00025C8E">
        <w:rPr>
          <w:rFonts w:cs="Calibri"/>
          <w:sz w:val="24"/>
          <w:szCs w:val="24"/>
        </w:rPr>
        <w:t>behaviour</w:t>
      </w:r>
      <w:proofErr w:type="spellEnd"/>
      <w:r w:rsidRPr="00025C8E">
        <w:rPr>
          <w:rFonts w:cs="Calibri"/>
          <w:sz w:val="24"/>
          <w:szCs w:val="24"/>
        </w:rPr>
        <w:t xml:space="preserve"> may amount to an offence, the school will consider whether referral to the police or another agency is appropriate. The school may also need to take employment or safeguarding action independently of any criminal investigation.</w:t>
      </w:r>
    </w:p>
    <w:p w:rsidR="00025C8E" w:rsidRPr="00025C8E" w:rsidRDefault="00025C8E" w:rsidP="00025C8E">
      <w:pPr>
        <w:pStyle w:val="Heading1"/>
        <w:rPr>
          <w:rFonts w:ascii="Calibri" w:hAnsi="Calibri" w:cs="Calibri"/>
          <w:sz w:val="24"/>
          <w:szCs w:val="24"/>
        </w:rPr>
      </w:pPr>
      <w:r w:rsidRPr="00025C8E">
        <w:rPr>
          <w:rFonts w:ascii="Calibri" w:hAnsi="Calibri" w:cs="Calibri"/>
          <w:sz w:val="24"/>
          <w:szCs w:val="24"/>
        </w:rPr>
        <w:t xml:space="preserve">11. Protection from </w:t>
      </w:r>
      <w:proofErr w:type="spellStart"/>
      <w:r w:rsidRPr="00025C8E">
        <w:rPr>
          <w:rFonts w:ascii="Calibri" w:hAnsi="Calibri" w:cs="Calibri"/>
          <w:sz w:val="24"/>
          <w:szCs w:val="24"/>
        </w:rPr>
        <w:t>victimisation</w:t>
      </w:r>
      <w:proofErr w:type="spellEnd"/>
      <w:r w:rsidRPr="00025C8E">
        <w:rPr>
          <w:rFonts w:ascii="Calibri" w:hAnsi="Calibri" w:cs="Calibri"/>
          <w:sz w:val="24"/>
          <w:szCs w:val="24"/>
        </w:rPr>
        <w:t xml:space="preserve"> and malicious allegations</w:t>
      </w:r>
    </w:p>
    <w:p w:rsidR="00025C8E" w:rsidRPr="00025C8E" w:rsidRDefault="00025C8E" w:rsidP="00025C8E">
      <w:pPr>
        <w:rPr>
          <w:rFonts w:cs="Calibri"/>
          <w:sz w:val="24"/>
          <w:szCs w:val="24"/>
        </w:rPr>
      </w:pPr>
      <w:r w:rsidRPr="00025C8E">
        <w:rPr>
          <w:rFonts w:cs="Calibri"/>
          <w:sz w:val="24"/>
          <w:szCs w:val="24"/>
        </w:rPr>
        <w:t xml:space="preserve">Staff who raise concerns in good faith will be protected from retaliation, </w:t>
      </w:r>
      <w:proofErr w:type="spellStart"/>
      <w:r w:rsidRPr="00025C8E">
        <w:rPr>
          <w:rFonts w:cs="Calibri"/>
          <w:sz w:val="24"/>
          <w:szCs w:val="24"/>
        </w:rPr>
        <w:t>victimisation</w:t>
      </w:r>
      <w:proofErr w:type="spellEnd"/>
      <w:r w:rsidRPr="00025C8E">
        <w:rPr>
          <w:rFonts w:cs="Calibri"/>
          <w:sz w:val="24"/>
          <w:szCs w:val="24"/>
        </w:rPr>
        <w:t xml:space="preserve"> or other detrimental treatment. Any concern that a person is being subjected to reprisals should be reported immediately.</w:t>
      </w:r>
    </w:p>
    <w:p w:rsidR="00025C8E" w:rsidRPr="00025C8E" w:rsidRDefault="00025C8E" w:rsidP="00025C8E">
      <w:pPr>
        <w:rPr>
          <w:rFonts w:cs="Calibri"/>
          <w:sz w:val="24"/>
          <w:szCs w:val="24"/>
        </w:rPr>
      </w:pPr>
      <w:r w:rsidRPr="00025C8E">
        <w:rPr>
          <w:rFonts w:cs="Calibri"/>
          <w:sz w:val="24"/>
          <w:szCs w:val="24"/>
        </w:rPr>
        <w:t>Knowingly making a false or malicious allegation may constitute misconduct and may be dealt with under the Conduct and Discipline Procedure. However, an allegation that is not upheld, or where there is insufficient evidence to substantiate it, is not in itself a malicious allegation.</w:t>
      </w:r>
    </w:p>
    <w:p w:rsidR="00025C8E" w:rsidRPr="00025C8E" w:rsidRDefault="00025C8E" w:rsidP="00025C8E">
      <w:pPr>
        <w:pStyle w:val="Heading1"/>
        <w:rPr>
          <w:rFonts w:ascii="Calibri" w:hAnsi="Calibri" w:cs="Calibri"/>
          <w:sz w:val="24"/>
          <w:szCs w:val="24"/>
        </w:rPr>
      </w:pPr>
      <w:r w:rsidRPr="00025C8E">
        <w:rPr>
          <w:rFonts w:ascii="Calibri" w:hAnsi="Calibri" w:cs="Calibri"/>
          <w:sz w:val="24"/>
          <w:szCs w:val="24"/>
        </w:rPr>
        <w:t>12. Support for staff</w:t>
      </w:r>
    </w:p>
    <w:p w:rsidR="00025C8E" w:rsidRPr="00025C8E" w:rsidRDefault="00025C8E" w:rsidP="00025C8E">
      <w:pPr>
        <w:rPr>
          <w:rFonts w:cs="Calibri"/>
          <w:sz w:val="24"/>
          <w:szCs w:val="24"/>
        </w:rPr>
      </w:pPr>
      <w:r w:rsidRPr="00025C8E">
        <w:rPr>
          <w:rFonts w:cs="Calibri"/>
          <w:sz w:val="24"/>
          <w:szCs w:val="24"/>
        </w:rPr>
        <w:t xml:space="preserve">The school </w:t>
      </w:r>
      <w:proofErr w:type="spellStart"/>
      <w:r w:rsidRPr="00025C8E">
        <w:rPr>
          <w:rFonts w:cs="Calibri"/>
          <w:sz w:val="24"/>
          <w:szCs w:val="24"/>
        </w:rPr>
        <w:t>recognises</w:t>
      </w:r>
      <w:proofErr w:type="spellEnd"/>
      <w:r w:rsidRPr="00025C8E">
        <w:rPr>
          <w:rFonts w:cs="Calibri"/>
          <w:sz w:val="24"/>
          <w:szCs w:val="24"/>
        </w:rPr>
        <w:t xml:space="preserve"> that bullying and harassment can affect confidence, wellbeing, attendance and physical or mental health. Appropriate support will be considered on a case-by-case basis.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access to a supportive manager or senior leader;</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reasonable adjustments where appropriate;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Occupational Health or other professional advice;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employee assistance or counselling services available through the employer;</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trade union representation or support;</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temporary changes to working arrangements where appropriate; and</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signposting to specialist support where the incident involves discrimination, sexual harassment, violence or other serious harm.</w:t>
      </w:r>
    </w:p>
    <w:p w:rsidR="00025C8E" w:rsidRPr="00025C8E" w:rsidRDefault="00025C8E" w:rsidP="00025C8E">
      <w:pPr>
        <w:rPr>
          <w:rFonts w:cs="Calibri"/>
          <w:sz w:val="24"/>
          <w:szCs w:val="24"/>
        </w:rPr>
      </w:pPr>
      <w:r w:rsidRPr="00025C8E">
        <w:rPr>
          <w:rFonts w:cs="Calibri"/>
          <w:sz w:val="24"/>
          <w:szCs w:val="24"/>
        </w:rPr>
        <w:t>Support will be offered to all parties as appropriate, including staff who are the subject of allegations, while maintaining the integrity of any investigation.</w:t>
      </w:r>
    </w:p>
    <w:p w:rsidR="00025C8E" w:rsidRPr="00025C8E" w:rsidRDefault="00025C8E" w:rsidP="00025C8E">
      <w:pPr>
        <w:pStyle w:val="Heading1"/>
        <w:rPr>
          <w:rFonts w:ascii="Calibri" w:hAnsi="Calibri" w:cs="Calibri"/>
          <w:sz w:val="24"/>
          <w:szCs w:val="24"/>
        </w:rPr>
      </w:pPr>
      <w:r w:rsidRPr="00025C8E">
        <w:rPr>
          <w:rFonts w:ascii="Calibri" w:hAnsi="Calibri" w:cs="Calibri"/>
          <w:sz w:val="24"/>
          <w:szCs w:val="24"/>
        </w:rPr>
        <w:lastRenderedPageBreak/>
        <w:t>13. Confidentiality, information sharing and record keeping</w:t>
      </w:r>
    </w:p>
    <w:p w:rsidR="00025C8E" w:rsidRPr="00025C8E" w:rsidRDefault="00025C8E" w:rsidP="00025C8E">
      <w:pPr>
        <w:rPr>
          <w:rFonts w:cs="Calibri"/>
          <w:sz w:val="24"/>
          <w:szCs w:val="24"/>
        </w:rPr>
      </w:pPr>
      <w:r w:rsidRPr="00025C8E">
        <w:rPr>
          <w:rFonts w:cs="Calibri"/>
          <w:sz w:val="24"/>
          <w:szCs w:val="24"/>
        </w:rPr>
        <w:t>Information about concerns will be treated sensitively and shared only with those who need it for safeguarding, investigation, management action, legal compliance or appropriate support. Absolute confidentiality cannot be guaranteed.</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Records should be factual, dated and proportionate.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Records should distinguish between allegations, evidence, decisions and actions.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Where a safeguarding concern is involved, records must be made and stored in accordance with safeguarding procedures.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Personal data must be processed in accordance with UK data protection law and the school’s Data Protection Policy.</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Records should be retained in accordance with the school’s retention arrangements and Buckinghamshire Council requirements.</w:t>
      </w:r>
    </w:p>
    <w:p w:rsidR="00025C8E" w:rsidRPr="00025C8E" w:rsidRDefault="00025C8E" w:rsidP="00025C8E">
      <w:pPr>
        <w:pStyle w:val="Heading1"/>
        <w:rPr>
          <w:rFonts w:ascii="Calibri" w:hAnsi="Calibri" w:cs="Calibri"/>
          <w:sz w:val="24"/>
          <w:szCs w:val="24"/>
        </w:rPr>
      </w:pPr>
      <w:r w:rsidRPr="00025C8E">
        <w:rPr>
          <w:rFonts w:ascii="Calibri" w:hAnsi="Calibri" w:cs="Calibri"/>
          <w:sz w:val="24"/>
          <w:szCs w:val="24"/>
        </w:rPr>
        <w:t>14. Equality, accessibility and reasonable adjustments</w:t>
      </w:r>
    </w:p>
    <w:p w:rsidR="00025C8E" w:rsidRPr="00025C8E" w:rsidRDefault="00025C8E" w:rsidP="00025C8E">
      <w:pPr>
        <w:rPr>
          <w:rFonts w:cs="Calibri"/>
          <w:sz w:val="24"/>
          <w:szCs w:val="24"/>
        </w:rPr>
      </w:pPr>
      <w:r w:rsidRPr="00025C8E">
        <w:rPr>
          <w:rFonts w:cs="Calibri"/>
          <w:sz w:val="24"/>
          <w:szCs w:val="24"/>
        </w:rPr>
        <w:t xml:space="preserve">The school will apply this policy fairly and without unlawful discrimination. The Equality Act 2010 protects people from discrimination, harassment and </w:t>
      </w:r>
      <w:proofErr w:type="spellStart"/>
      <w:r w:rsidRPr="00025C8E">
        <w:rPr>
          <w:rFonts w:cs="Calibri"/>
          <w:sz w:val="24"/>
          <w:szCs w:val="24"/>
        </w:rPr>
        <w:t>victimisation</w:t>
      </w:r>
      <w:proofErr w:type="spellEnd"/>
      <w:r w:rsidRPr="00025C8E">
        <w:rPr>
          <w:rFonts w:cs="Calibri"/>
          <w:sz w:val="24"/>
          <w:szCs w:val="24"/>
        </w:rPr>
        <w:t xml:space="preserve"> in relation to protected characteristics.</w:t>
      </w:r>
    </w:p>
    <w:p w:rsidR="00025C8E" w:rsidRPr="00025C8E" w:rsidRDefault="00025C8E" w:rsidP="00025C8E">
      <w:pPr>
        <w:rPr>
          <w:rFonts w:cs="Calibri"/>
          <w:sz w:val="24"/>
          <w:szCs w:val="24"/>
        </w:rPr>
      </w:pPr>
      <w:r w:rsidRPr="00025C8E">
        <w:rPr>
          <w:rFonts w:cs="Calibri"/>
          <w:sz w:val="24"/>
          <w:szCs w:val="24"/>
        </w:rPr>
        <w:t>The school will consider reasonable adjustments and accessibility needs when receiving, investigating or responding to a concern. This may include adjustments to meetings, communication methods, written information, representation, timescales or location.</w:t>
      </w:r>
    </w:p>
    <w:p w:rsidR="00025C8E" w:rsidRPr="00025C8E" w:rsidRDefault="00025C8E" w:rsidP="00025C8E">
      <w:pPr>
        <w:rPr>
          <w:rFonts w:cs="Calibri"/>
          <w:sz w:val="24"/>
          <w:szCs w:val="24"/>
        </w:rPr>
      </w:pPr>
      <w:r w:rsidRPr="00025C8E">
        <w:rPr>
          <w:rFonts w:cs="Calibri"/>
          <w:sz w:val="24"/>
          <w:szCs w:val="24"/>
        </w:rPr>
        <w:t>Particular care will be taken where a member of staff has a disability, communication need, pregnancy/maternity-related need, or other circumstance that may affect their ability to participate in the process.</w:t>
      </w:r>
    </w:p>
    <w:p w:rsidR="00025C8E" w:rsidRPr="00025C8E" w:rsidRDefault="00025C8E" w:rsidP="00025C8E">
      <w:pPr>
        <w:pStyle w:val="Heading1"/>
        <w:rPr>
          <w:rFonts w:ascii="Calibri" w:hAnsi="Calibri" w:cs="Calibri"/>
          <w:sz w:val="24"/>
          <w:szCs w:val="24"/>
        </w:rPr>
      </w:pPr>
      <w:r w:rsidRPr="00025C8E">
        <w:rPr>
          <w:rFonts w:ascii="Calibri" w:hAnsi="Calibri" w:cs="Calibri"/>
          <w:sz w:val="24"/>
          <w:szCs w:val="24"/>
        </w:rPr>
        <w:t>15. Monitoring, review and training</w:t>
      </w:r>
    </w:p>
    <w:p w:rsidR="00025C8E" w:rsidRPr="00025C8E" w:rsidRDefault="00025C8E" w:rsidP="00025C8E">
      <w:pPr>
        <w:rPr>
          <w:rFonts w:cs="Calibri"/>
          <w:sz w:val="24"/>
          <w:szCs w:val="24"/>
        </w:rPr>
      </w:pPr>
      <w:r w:rsidRPr="00025C8E">
        <w:rPr>
          <w:rFonts w:cs="Calibri"/>
          <w:sz w:val="24"/>
          <w:szCs w:val="24"/>
        </w:rPr>
        <w:t xml:space="preserve">The Headteacher and Governing Board will monitor the effectiveness of this policy through appropriate </w:t>
      </w:r>
      <w:proofErr w:type="spellStart"/>
      <w:r w:rsidRPr="00025C8E">
        <w:rPr>
          <w:rFonts w:cs="Calibri"/>
          <w:sz w:val="24"/>
          <w:szCs w:val="24"/>
        </w:rPr>
        <w:t>anonymised</w:t>
      </w:r>
      <w:proofErr w:type="spellEnd"/>
      <w:r w:rsidRPr="00025C8E">
        <w:rPr>
          <w:rFonts w:cs="Calibri"/>
          <w:sz w:val="24"/>
          <w:szCs w:val="24"/>
        </w:rPr>
        <w:t xml:space="preserve"> information, themes and feedback. Monitoring will not be used to identify individuals unnecessarily.</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The policy will be reviewed at least annually or sooner where legislation or DfE/Buckinghamshire Council guidance changes.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Training will be provided to staff as appropriate, including expectations for respectful conduct and how to report concerns.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Relevant leaders will receive guidance on responding to concerns, maintaining confidentiality, recording and escalation.</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Significant incidents will be reviewed to identify whether additional preventative measures are required.</w:t>
      </w:r>
    </w:p>
    <w:p w:rsidR="00025C8E" w:rsidRPr="00025C8E" w:rsidRDefault="00025C8E" w:rsidP="00025C8E">
      <w:pPr>
        <w:pStyle w:val="Heading1"/>
        <w:rPr>
          <w:rFonts w:ascii="Calibri" w:hAnsi="Calibri" w:cs="Calibri"/>
          <w:sz w:val="24"/>
          <w:szCs w:val="24"/>
        </w:rPr>
      </w:pPr>
      <w:r w:rsidRPr="00025C8E">
        <w:rPr>
          <w:rFonts w:ascii="Calibri" w:hAnsi="Calibri" w:cs="Calibri"/>
          <w:sz w:val="24"/>
          <w:szCs w:val="24"/>
        </w:rPr>
        <w:lastRenderedPageBreak/>
        <w:t>16. Related policies and guidance</w:t>
      </w:r>
    </w:p>
    <w:p w:rsidR="00025C8E" w:rsidRPr="00025C8E" w:rsidRDefault="00025C8E" w:rsidP="00025C8E">
      <w:pPr>
        <w:rPr>
          <w:rFonts w:cs="Calibri"/>
          <w:sz w:val="24"/>
          <w:szCs w:val="24"/>
        </w:rPr>
      </w:pPr>
      <w:r w:rsidRPr="00025C8E">
        <w:rPr>
          <w:rFonts w:cs="Calibri"/>
          <w:sz w:val="24"/>
          <w:szCs w:val="24"/>
        </w:rPr>
        <w:t>This policy should be read alongside the school’s current:</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 xml:space="preserve">Staff Code of Conduct / Staff </w:t>
      </w:r>
      <w:proofErr w:type="spellStart"/>
      <w:r w:rsidRPr="00025C8E">
        <w:rPr>
          <w:rFonts w:cs="Calibri"/>
          <w:sz w:val="24"/>
          <w:szCs w:val="24"/>
        </w:rPr>
        <w:t>Behaviour</w:t>
      </w:r>
      <w:proofErr w:type="spellEnd"/>
      <w:r w:rsidRPr="00025C8E">
        <w:rPr>
          <w:rFonts w:cs="Calibri"/>
          <w:sz w:val="24"/>
          <w:szCs w:val="24"/>
        </w:rPr>
        <w:t xml:space="preserve"> Policy;</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Grievance Policy and Procedure;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Conduct and Discipline Policy and Procedure;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Child Protection and Safeguarding Policy;</w:t>
      </w:r>
    </w:p>
    <w:p w:rsidR="00025C8E" w:rsidRPr="00025C8E" w:rsidRDefault="00025C8E" w:rsidP="00025C8E">
      <w:pPr>
        <w:pStyle w:val="ListBullet"/>
        <w:spacing w:after="40" w:line="259" w:lineRule="auto"/>
        <w:rPr>
          <w:rFonts w:cs="Calibri"/>
          <w:sz w:val="24"/>
          <w:szCs w:val="24"/>
        </w:rPr>
      </w:pPr>
      <w:proofErr w:type="spellStart"/>
      <w:r w:rsidRPr="00025C8E">
        <w:rPr>
          <w:rFonts w:cs="Calibri"/>
          <w:sz w:val="24"/>
          <w:szCs w:val="24"/>
        </w:rPr>
        <w:t>Behaviour</w:t>
      </w:r>
      <w:proofErr w:type="spellEnd"/>
      <w:r w:rsidRPr="00025C8E">
        <w:rPr>
          <w:rFonts w:cs="Calibri"/>
          <w:sz w:val="24"/>
          <w:szCs w:val="24"/>
        </w:rPr>
        <w:t xml:space="preserve"> Policy;</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Equality Policy / Equality Information and Objectives;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Complaints Policy;</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Whistleblowing Policy;</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Health and Safety Policy;</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Data Protection Policy;</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Online Safety / Acceptable Use arrangements; and</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Parent/</w:t>
      </w:r>
      <w:proofErr w:type="spellStart"/>
      <w:r w:rsidRPr="00025C8E">
        <w:rPr>
          <w:rFonts w:cs="Calibri"/>
          <w:sz w:val="24"/>
          <w:szCs w:val="24"/>
        </w:rPr>
        <w:t>Carer</w:t>
      </w:r>
      <w:proofErr w:type="spellEnd"/>
      <w:r w:rsidRPr="00025C8E">
        <w:rPr>
          <w:rFonts w:cs="Calibri"/>
          <w:sz w:val="24"/>
          <w:szCs w:val="24"/>
        </w:rPr>
        <w:t xml:space="preserve"> Code of Conduct, where applicable.</w:t>
      </w:r>
    </w:p>
    <w:p w:rsidR="00025C8E" w:rsidRPr="00025C8E" w:rsidRDefault="00025C8E" w:rsidP="00025C8E">
      <w:pPr>
        <w:rPr>
          <w:rFonts w:cs="Calibri"/>
          <w:sz w:val="24"/>
          <w:szCs w:val="24"/>
        </w:rPr>
      </w:pPr>
      <w:r w:rsidRPr="00025C8E">
        <w:rPr>
          <w:rFonts w:cs="Calibri"/>
          <w:sz w:val="24"/>
          <w:szCs w:val="24"/>
        </w:rPr>
        <w:br w:type="page"/>
      </w:r>
    </w:p>
    <w:p w:rsidR="00025C8E" w:rsidRPr="00025C8E" w:rsidRDefault="00025C8E" w:rsidP="00025C8E">
      <w:pPr>
        <w:pStyle w:val="Heading1"/>
        <w:rPr>
          <w:rFonts w:ascii="Calibri" w:hAnsi="Calibri" w:cs="Calibri"/>
          <w:sz w:val="24"/>
          <w:szCs w:val="24"/>
        </w:rPr>
      </w:pPr>
      <w:r w:rsidRPr="00025C8E">
        <w:rPr>
          <w:rFonts w:ascii="Calibri" w:hAnsi="Calibri" w:cs="Calibri"/>
          <w:sz w:val="24"/>
          <w:szCs w:val="24"/>
        </w:rPr>
        <w:lastRenderedPageBreak/>
        <w:t xml:space="preserve">Appendix 1 – Examples of unacceptable </w:t>
      </w:r>
      <w:proofErr w:type="spellStart"/>
      <w:r w:rsidRPr="00025C8E">
        <w:rPr>
          <w:rFonts w:ascii="Calibri" w:hAnsi="Calibri" w:cs="Calibri"/>
          <w:sz w:val="24"/>
          <w:szCs w:val="24"/>
        </w:rPr>
        <w:t>behaviour</w:t>
      </w:r>
      <w:proofErr w:type="spellEnd"/>
    </w:p>
    <w:p w:rsidR="00025C8E" w:rsidRPr="00025C8E" w:rsidRDefault="00025C8E" w:rsidP="00025C8E">
      <w:pPr>
        <w:rPr>
          <w:rFonts w:cs="Calibri"/>
          <w:sz w:val="24"/>
          <w:szCs w:val="24"/>
        </w:rPr>
      </w:pPr>
      <w:r w:rsidRPr="00025C8E">
        <w:rPr>
          <w:rFonts w:cs="Calibri"/>
          <w:sz w:val="24"/>
          <w:szCs w:val="24"/>
        </w:rPr>
        <w:t>The following examples are illustrative and not exhaustive. Context and impact will be considered.</w:t>
      </w:r>
    </w:p>
    <w:p w:rsidR="00025C8E" w:rsidRPr="00025C8E" w:rsidRDefault="00025C8E" w:rsidP="00025C8E">
      <w:pPr>
        <w:pStyle w:val="Heading2"/>
        <w:rPr>
          <w:rFonts w:ascii="Calibri" w:hAnsi="Calibri" w:cs="Calibri"/>
          <w:sz w:val="24"/>
          <w:szCs w:val="24"/>
        </w:rPr>
      </w:pPr>
      <w:r w:rsidRPr="00025C8E">
        <w:rPr>
          <w:rFonts w:ascii="Calibri" w:hAnsi="Calibri" w:cs="Calibri"/>
          <w:sz w:val="24"/>
          <w:szCs w:val="24"/>
        </w:rPr>
        <w:t>Bullying and intimidation</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repeatedly belittling, humiliating or ridiculing a colleague;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shouting at, threatening or intimidating a colleague;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deliberately excluding someone from work-related communication or activities without legitimate reason;</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 xml:space="preserve">spreading malicious </w:t>
      </w:r>
      <w:proofErr w:type="spellStart"/>
      <w:r w:rsidRPr="00025C8E">
        <w:rPr>
          <w:rFonts w:cs="Calibri"/>
          <w:sz w:val="24"/>
          <w:szCs w:val="24"/>
        </w:rPr>
        <w:t>rumours</w:t>
      </w:r>
      <w:proofErr w:type="spellEnd"/>
      <w:r w:rsidRPr="00025C8E">
        <w:rPr>
          <w:rFonts w:cs="Calibri"/>
          <w:sz w:val="24"/>
          <w:szCs w:val="24"/>
        </w:rPr>
        <w:t xml:space="preserve"> or gossip;</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unreasonably undermining someone’s authority or work;</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setting unreasonable or deliberately impossible tasks or deadlines;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deliberately withholding information necessary for someone to carry out their role;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persistent unjustified criticism or monitoring; and</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threatening or using physical violence.</w:t>
      </w:r>
    </w:p>
    <w:p w:rsidR="00025C8E" w:rsidRPr="00025C8E" w:rsidRDefault="00025C8E" w:rsidP="00025C8E">
      <w:pPr>
        <w:pStyle w:val="Heading2"/>
        <w:rPr>
          <w:rFonts w:ascii="Calibri" w:hAnsi="Calibri" w:cs="Calibri"/>
          <w:sz w:val="24"/>
          <w:szCs w:val="24"/>
        </w:rPr>
      </w:pPr>
      <w:r w:rsidRPr="00025C8E">
        <w:rPr>
          <w:rFonts w:ascii="Calibri" w:hAnsi="Calibri" w:cs="Calibri"/>
          <w:sz w:val="24"/>
          <w:szCs w:val="24"/>
        </w:rPr>
        <w:t xml:space="preserve">Harassment and discriminatory </w:t>
      </w:r>
      <w:proofErr w:type="spellStart"/>
      <w:r w:rsidRPr="00025C8E">
        <w:rPr>
          <w:rFonts w:ascii="Calibri" w:hAnsi="Calibri" w:cs="Calibri"/>
          <w:sz w:val="24"/>
          <w:szCs w:val="24"/>
        </w:rPr>
        <w:t>behaviour</w:t>
      </w:r>
      <w:proofErr w:type="spellEnd"/>
    </w:p>
    <w:p w:rsidR="00025C8E" w:rsidRPr="00025C8E" w:rsidRDefault="00025C8E" w:rsidP="00025C8E">
      <w:pPr>
        <w:pStyle w:val="ListBullet"/>
        <w:spacing w:after="40" w:line="259" w:lineRule="auto"/>
        <w:rPr>
          <w:rFonts w:cs="Calibri"/>
          <w:sz w:val="24"/>
          <w:szCs w:val="24"/>
        </w:rPr>
      </w:pPr>
      <w:r w:rsidRPr="00025C8E">
        <w:rPr>
          <w:rFonts w:cs="Calibri"/>
          <w:sz w:val="24"/>
          <w:szCs w:val="24"/>
        </w:rPr>
        <w:t>derogatory comments, jokes, gestures or images relating to race, religion or belief, disability, sex, sexual orientation, gender reassignment, age or another protected characteristic;</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mocking or stereotyping a person because of a protected characteristic;</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unwanted comments about a person’s body, appearance, family, disability, religion or personal circumstances;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excluding a person from opportunities or social/work activities because of a protected characteristic; and</w:t>
      </w:r>
    </w:p>
    <w:p w:rsidR="00025C8E" w:rsidRPr="00025C8E" w:rsidRDefault="00025C8E" w:rsidP="00025C8E">
      <w:pPr>
        <w:pStyle w:val="ListBullet"/>
        <w:spacing w:after="40" w:line="259" w:lineRule="auto"/>
        <w:rPr>
          <w:rFonts w:cs="Calibri"/>
          <w:sz w:val="24"/>
          <w:szCs w:val="24"/>
        </w:rPr>
      </w:pPr>
      <w:proofErr w:type="spellStart"/>
      <w:r w:rsidRPr="00025C8E">
        <w:rPr>
          <w:rFonts w:cs="Calibri"/>
          <w:sz w:val="24"/>
          <w:szCs w:val="24"/>
        </w:rPr>
        <w:t>behaviour</w:t>
      </w:r>
      <w:proofErr w:type="spellEnd"/>
      <w:r w:rsidRPr="00025C8E">
        <w:rPr>
          <w:rFonts w:cs="Calibri"/>
          <w:sz w:val="24"/>
          <w:szCs w:val="24"/>
        </w:rPr>
        <w:t xml:space="preserve"> that creates an intimidating, hostile, degrading, humiliating or offensive environment.</w:t>
      </w:r>
    </w:p>
    <w:p w:rsidR="00025C8E" w:rsidRPr="00025C8E" w:rsidRDefault="00025C8E" w:rsidP="00025C8E">
      <w:pPr>
        <w:pStyle w:val="Heading2"/>
        <w:rPr>
          <w:rFonts w:ascii="Calibri" w:hAnsi="Calibri" w:cs="Calibri"/>
          <w:sz w:val="24"/>
          <w:szCs w:val="24"/>
        </w:rPr>
      </w:pPr>
      <w:r w:rsidRPr="00025C8E">
        <w:rPr>
          <w:rFonts w:ascii="Calibri" w:hAnsi="Calibri" w:cs="Calibri"/>
          <w:sz w:val="24"/>
          <w:szCs w:val="24"/>
        </w:rPr>
        <w:t>Sexual harassment</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unwanted sexual comments, jokes or questions;</w:t>
      </w:r>
    </w:p>
    <w:p w:rsidR="00025C8E" w:rsidRPr="00025C8E" w:rsidRDefault="00025C8E" w:rsidP="00025C8E">
      <w:pPr>
        <w:pStyle w:val="ListBullet"/>
        <w:spacing w:after="40" w:line="259" w:lineRule="auto"/>
        <w:rPr>
          <w:rFonts w:cs="Calibri"/>
          <w:sz w:val="24"/>
          <w:szCs w:val="24"/>
        </w:rPr>
      </w:pPr>
      <w:proofErr w:type="spellStart"/>
      <w:r w:rsidRPr="00025C8E">
        <w:rPr>
          <w:rFonts w:cs="Calibri"/>
          <w:sz w:val="24"/>
          <w:szCs w:val="24"/>
        </w:rPr>
        <w:t>sexualised</w:t>
      </w:r>
      <w:proofErr w:type="spellEnd"/>
      <w:r w:rsidRPr="00025C8E">
        <w:rPr>
          <w:rFonts w:cs="Calibri"/>
          <w:sz w:val="24"/>
          <w:szCs w:val="24"/>
        </w:rPr>
        <w:t xml:space="preserve"> messages, images or content;</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unwanted touching or other physical contact of a sexual nature;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comments about someone’s sex life or appearance of a sexual nature;</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unwanted invitations or sexual advances; and</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 xml:space="preserve">sharing sexual material involving a colleague or directing </w:t>
      </w:r>
      <w:proofErr w:type="spellStart"/>
      <w:r w:rsidRPr="00025C8E">
        <w:rPr>
          <w:rFonts w:cs="Calibri"/>
          <w:sz w:val="24"/>
          <w:szCs w:val="24"/>
        </w:rPr>
        <w:t>sexualised</w:t>
      </w:r>
      <w:proofErr w:type="spellEnd"/>
      <w:r w:rsidRPr="00025C8E">
        <w:rPr>
          <w:rFonts w:cs="Calibri"/>
          <w:sz w:val="24"/>
          <w:szCs w:val="24"/>
        </w:rPr>
        <w:t xml:space="preserve"> material at them.</w:t>
      </w:r>
    </w:p>
    <w:p w:rsidR="00025C8E" w:rsidRPr="00025C8E" w:rsidRDefault="00025C8E" w:rsidP="00025C8E">
      <w:pPr>
        <w:pStyle w:val="Heading2"/>
        <w:rPr>
          <w:rFonts w:ascii="Calibri" w:hAnsi="Calibri" w:cs="Calibri"/>
          <w:sz w:val="24"/>
          <w:szCs w:val="24"/>
        </w:rPr>
      </w:pPr>
      <w:r w:rsidRPr="00025C8E">
        <w:rPr>
          <w:rFonts w:ascii="Calibri" w:hAnsi="Calibri" w:cs="Calibri"/>
          <w:sz w:val="24"/>
          <w:szCs w:val="24"/>
        </w:rPr>
        <w:t xml:space="preserve">Digital and online </w:t>
      </w:r>
      <w:proofErr w:type="spellStart"/>
      <w:r w:rsidRPr="00025C8E">
        <w:rPr>
          <w:rFonts w:ascii="Calibri" w:hAnsi="Calibri" w:cs="Calibri"/>
          <w:sz w:val="24"/>
          <w:szCs w:val="24"/>
        </w:rPr>
        <w:t>behaviour</w:t>
      </w:r>
      <w:proofErr w:type="spellEnd"/>
    </w:p>
    <w:p w:rsidR="00025C8E" w:rsidRPr="00025C8E" w:rsidRDefault="00025C8E" w:rsidP="00025C8E">
      <w:pPr>
        <w:pStyle w:val="ListBullet"/>
        <w:spacing w:after="40" w:line="259" w:lineRule="auto"/>
        <w:rPr>
          <w:rFonts w:cs="Calibri"/>
          <w:sz w:val="24"/>
          <w:szCs w:val="24"/>
        </w:rPr>
      </w:pPr>
      <w:r w:rsidRPr="00025C8E">
        <w:rPr>
          <w:rFonts w:cs="Calibri"/>
          <w:sz w:val="24"/>
          <w:szCs w:val="24"/>
        </w:rPr>
        <w:t>abusive or threatening emails or messages;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harassment through social media or messaging platforms;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circulating humiliating images or recordings;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excluding colleagues from digital communication deliberately and without legitimate reason; and</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using digital systems to monitor, intimidate or undermine colleagues inappropriately.</w:t>
      </w:r>
    </w:p>
    <w:p w:rsidR="00025C8E" w:rsidRPr="00025C8E" w:rsidRDefault="00025C8E" w:rsidP="00025C8E">
      <w:pPr>
        <w:pStyle w:val="Heading2"/>
        <w:rPr>
          <w:rFonts w:ascii="Calibri" w:hAnsi="Calibri" w:cs="Calibri"/>
          <w:sz w:val="24"/>
          <w:szCs w:val="24"/>
        </w:rPr>
      </w:pPr>
      <w:r w:rsidRPr="00025C8E">
        <w:rPr>
          <w:rFonts w:ascii="Calibri" w:hAnsi="Calibri" w:cs="Calibri"/>
          <w:sz w:val="24"/>
          <w:szCs w:val="24"/>
        </w:rPr>
        <w:t xml:space="preserve">Third-party </w:t>
      </w:r>
      <w:proofErr w:type="spellStart"/>
      <w:r w:rsidRPr="00025C8E">
        <w:rPr>
          <w:rFonts w:ascii="Calibri" w:hAnsi="Calibri" w:cs="Calibri"/>
          <w:sz w:val="24"/>
          <w:szCs w:val="24"/>
        </w:rPr>
        <w:t>behaviour</w:t>
      </w:r>
      <w:proofErr w:type="spellEnd"/>
    </w:p>
    <w:p w:rsidR="00025C8E" w:rsidRPr="00025C8E" w:rsidRDefault="00025C8E" w:rsidP="00025C8E">
      <w:pPr>
        <w:pStyle w:val="ListBullet"/>
        <w:spacing w:after="40" w:line="259" w:lineRule="auto"/>
        <w:rPr>
          <w:rFonts w:cs="Calibri"/>
          <w:sz w:val="24"/>
          <w:szCs w:val="24"/>
        </w:rPr>
      </w:pPr>
      <w:r w:rsidRPr="00025C8E">
        <w:rPr>
          <w:rFonts w:cs="Calibri"/>
          <w:sz w:val="24"/>
          <w:szCs w:val="24"/>
        </w:rPr>
        <w:t>aggressive, abusive or threatening conduct from parents/</w:t>
      </w:r>
      <w:proofErr w:type="spellStart"/>
      <w:r w:rsidRPr="00025C8E">
        <w:rPr>
          <w:rFonts w:cs="Calibri"/>
          <w:sz w:val="24"/>
          <w:szCs w:val="24"/>
        </w:rPr>
        <w:t>carers</w:t>
      </w:r>
      <w:proofErr w:type="spellEnd"/>
      <w:r w:rsidRPr="00025C8E">
        <w:rPr>
          <w:rFonts w:cs="Calibri"/>
          <w:sz w:val="24"/>
          <w:szCs w:val="24"/>
        </w:rPr>
        <w:t xml:space="preserve"> or visitors;</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repeated unreasonable communications directed at an individual staff member;</w:t>
      </w:r>
    </w:p>
    <w:p w:rsidR="00025C8E" w:rsidRPr="00025C8E" w:rsidRDefault="00025C8E" w:rsidP="00025C8E">
      <w:pPr>
        <w:pStyle w:val="ListBullet"/>
        <w:spacing w:after="40" w:line="259" w:lineRule="auto"/>
        <w:rPr>
          <w:rFonts w:cs="Calibri"/>
          <w:sz w:val="24"/>
          <w:szCs w:val="24"/>
        </w:rPr>
      </w:pPr>
      <w:proofErr w:type="spellStart"/>
      <w:r w:rsidRPr="00025C8E">
        <w:rPr>
          <w:rFonts w:cs="Calibri"/>
          <w:sz w:val="24"/>
          <w:szCs w:val="24"/>
        </w:rPr>
        <w:lastRenderedPageBreak/>
        <w:t>sexualised</w:t>
      </w:r>
      <w:proofErr w:type="spellEnd"/>
      <w:r w:rsidRPr="00025C8E">
        <w:rPr>
          <w:rFonts w:cs="Calibri"/>
          <w:sz w:val="24"/>
          <w:szCs w:val="24"/>
        </w:rPr>
        <w:t xml:space="preserve"> or discriminatory comments from a parent/</w:t>
      </w:r>
      <w:proofErr w:type="spellStart"/>
      <w:r w:rsidRPr="00025C8E">
        <w:rPr>
          <w:rFonts w:cs="Calibri"/>
          <w:sz w:val="24"/>
          <w:szCs w:val="24"/>
        </w:rPr>
        <w:t>carer</w:t>
      </w:r>
      <w:proofErr w:type="spellEnd"/>
      <w:r w:rsidRPr="00025C8E">
        <w:rPr>
          <w:rFonts w:cs="Calibri"/>
          <w:sz w:val="24"/>
          <w:szCs w:val="24"/>
        </w:rPr>
        <w:t>, pupil or visitor; and</w:t>
      </w:r>
    </w:p>
    <w:p w:rsidR="00025C8E" w:rsidRPr="00025C8E" w:rsidRDefault="00025C8E" w:rsidP="00025C8E">
      <w:pPr>
        <w:pStyle w:val="ListBullet"/>
        <w:spacing w:after="40" w:line="259" w:lineRule="auto"/>
        <w:rPr>
          <w:rFonts w:cs="Calibri"/>
          <w:sz w:val="24"/>
          <w:szCs w:val="24"/>
        </w:rPr>
      </w:pPr>
      <w:r w:rsidRPr="00025C8E">
        <w:rPr>
          <w:rFonts w:cs="Calibri"/>
          <w:sz w:val="24"/>
          <w:szCs w:val="24"/>
        </w:rPr>
        <w:t>conduct that prevents or unreasonably interferes with a member of staff carrying out their duties.</w:t>
      </w:r>
    </w:p>
    <w:p w:rsidR="00025C8E" w:rsidRPr="00025C8E" w:rsidRDefault="00025C8E" w:rsidP="00025C8E">
      <w:pPr>
        <w:rPr>
          <w:rFonts w:cs="Calibri"/>
          <w:sz w:val="24"/>
          <w:szCs w:val="24"/>
        </w:rPr>
      </w:pPr>
      <w:r w:rsidRPr="00025C8E">
        <w:rPr>
          <w:rFonts w:cs="Calibri"/>
          <w:sz w:val="24"/>
          <w:szCs w:val="24"/>
        </w:rPr>
        <w:br w:type="page"/>
      </w:r>
    </w:p>
    <w:p w:rsidR="00025C8E" w:rsidRPr="00025C8E" w:rsidRDefault="00025C8E" w:rsidP="00025C8E">
      <w:pPr>
        <w:pStyle w:val="Heading1"/>
        <w:rPr>
          <w:rFonts w:ascii="Calibri" w:hAnsi="Calibri" w:cs="Calibri"/>
          <w:sz w:val="24"/>
          <w:szCs w:val="24"/>
        </w:rPr>
      </w:pPr>
      <w:r w:rsidRPr="00025C8E">
        <w:rPr>
          <w:rFonts w:ascii="Calibri" w:hAnsi="Calibri" w:cs="Calibri"/>
          <w:sz w:val="24"/>
          <w:szCs w:val="24"/>
        </w:rPr>
        <w:lastRenderedPageBreak/>
        <w:t>Appendix 2 – Quick guide for staff</w:t>
      </w:r>
    </w:p>
    <w:p w:rsidR="00025C8E" w:rsidRPr="00025C8E" w:rsidRDefault="00025C8E" w:rsidP="00025C8E">
      <w:pPr>
        <w:pStyle w:val="Heading2"/>
        <w:rPr>
          <w:rFonts w:ascii="Calibri" w:hAnsi="Calibri" w:cs="Calibri"/>
          <w:sz w:val="24"/>
          <w:szCs w:val="24"/>
        </w:rPr>
      </w:pPr>
      <w:r w:rsidRPr="00025C8E">
        <w:rPr>
          <w:rFonts w:ascii="Calibri" w:hAnsi="Calibri" w:cs="Calibri"/>
          <w:sz w:val="24"/>
          <w:szCs w:val="24"/>
        </w:rPr>
        <w:t>If you experience or witness bullying or harassment</w:t>
      </w:r>
    </w:p>
    <w:p w:rsidR="00025C8E" w:rsidRPr="00025C8E" w:rsidRDefault="00025C8E" w:rsidP="00025C8E">
      <w:pPr>
        <w:pStyle w:val="ListNumber"/>
        <w:spacing w:after="40" w:line="259" w:lineRule="auto"/>
        <w:rPr>
          <w:rFonts w:cs="Calibri"/>
          <w:sz w:val="24"/>
          <w:szCs w:val="24"/>
        </w:rPr>
      </w:pPr>
      <w:r w:rsidRPr="00025C8E">
        <w:rPr>
          <w:rFonts w:cs="Calibri"/>
          <w:sz w:val="24"/>
          <w:szCs w:val="24"/>
        </w:rPr>
        <w:t>1. If you are in immediate danger, move to a safe place and seek emergency assistance. Call 999 where appropriate.</w:t>
      </w:r>
    </w:p>
    <w:p w:rsidR="00025C8E" w:rsidRPr="00025C8E" w:rsidRDefault="00025C8E" w:rsidP="00025C8E">
      <w:pPr>
        <w:pStyle w:val="ListNumber"/>
        <w:spacing w:after="40" w:line="259" w:lineRule="auto"/>
        <w:rPr>
          <w:rFonts w:cs="Calibri"/>
          <w:sz w:val="24"/>
          <w:szCs w:val="24"/>
        </w:rPr>
      </w:pPr>
      <w:r w:rsidRPr="00025C8E">
        <w:rPr>
          <w:rFonts w:cs="Calibri"/>
          <w:sz w:val="24"/>
          <w:szCs w:val="24"/>
        </w:rPr>
        <w:t>2. If a child is involved and you have a safeguarding concern, report it to the DSL/deputy without delay.</w:t>
      </w:r>
    </w:p>
    <w:p w:rsidR="00025C8E" w:rsidRPr="00025C8E" w:rsidRDefault="00025C8E" w:rsidP="00025C8E">
      <w:pPr>
        <w:pStyle w:val="ListNumber"/>
        <w:spacing w:after="40" w:line="259" w:lineRule="auto"/>
        <w:rPr>
          <w:rFonts w:cs="Calibri"/>
          <w:sz w:val="24"/>
          <w:szCs w:val="24"/>
        </w:rPr>
      </w:pPr>
      <w:r w:rsidRPr="00025C8E">
        <w:rPr>
          <w:rFonts w:cs="Calibri"/>
          <w:sz w:val="24"/>
          <w:szCs w:val="24"/>
        </w:rPr>
        <w:t>3. Tell your line manager, a senior leader or the Headteacher. If the concern involves that person, use the alternative route in section 8.</w:t>
      </w:r>
    </w:p>
    <w:p w:rsidR="00025C8E" w:rsidRPr="00025C8E" w:rsidRDefault="00025C8E" w:rsidP="00025C8E">
      <w:pPr>
        <w:pStyle w:val="ListNumber"/>
        <w:spacing w:after="40" w:line="259" w:lineRule="auto"/>
        <w:rPr>
          <w:rFonts w:cs="Calibri"/>
          <w:sz w:val="24"/>
          <w:szCs w:val="24"/>
        </w:rPr>
      </w:pPr>
      <w:r w:rsidRPr="00025C8E">
        <w:rPr>
          <w:rFonts w:cs="Calibri"/>
          <w:sz w:val="24"/>
          <w:szCs w:val="24"/>
        </w:rPr>
        <w:t>4. You do not have to confront the person concerned.</w:t>
      </w:r>
    </w:p>
    <w:p w:rsidR="00025C8E" w:rsidRPr="00025C8E" w:rsidRDefault="00025C8E" w:rsidP="00025C8E">
      <w:pPr>
        <w:pStyle w:val="ListNumber"/>
        <w:spacing w:after="40" w:line="259" w:lineRule="auto"/>
        <w:rPr>
          <w:rFonts w:cs="Calibri"/>
          <w:sz w:val="24"/>
          <w:szCs w:val="24"/>
        </w:rPr>
      </w:pPr>
      <w:r w:rsidRPr="00025C8E">
        <w:rPr>
          <w:rFonts w:cs="Calibri"/>
          <w:sz w:val="24"/>
          <w:szCs w:val="24"/>
        </w:rPr>
        <w:t>5. Keep relevant evidence, such as emails, messages or dates, where it is safe and appropriate to do so.</w:t>
      </w:r>
    </w:p>
    <w:p w:rsidR="00025C8E" w:rsidRPr="00025C8E" w:rsidRDefault="00025C8E" w:rsidP="00025C8E">
      <w:pPr>
        <w:pStyle w:val="ListNumber"/>
        <w:spacing w:after="40" w:line="259" w:lineRule="auto"/>
        <w:rPr>
          <w:rFonts w:cs="Calibri"/>
          <w:sz w:val="24"/>
          <w:szCs w:val="24"/>
        </w:rPr>
      </w:pPr>
      <w:r w:rsidRPr="00025C8E">
        <w:rPr>
          <w:rFonts w:cs="Calibri"/>
          <w:sz w:val="24"/>
          <w:szCs w:val="24"/>
        </w:rPr>
        <w:t>6. Make a factual note of what happened, who was present, when it happened and any impact on you.</w:t>
      </w:r>
    </w:p>
    <w:p w:rsidR="00025C8E" w:rsidRPr="00025C8E" w:rsidRDefault="00025C8E" w:rsidP="00025C8E">
      <w:pPr>
        <w:pStyle w:val="ListNumber"/>
        <w:spacing w:after="40" w:line="259" w:lineRule="auto"/>
        <w:rPr>
          <w:rFonts w:cs="Calibri"/>
          <w:sz w:val="24"/>
          <w:szCs w:val="24"/>
        </w:rPr>
      </w:pPr>
      <w:r w:rsidRPr="00025C8E">
        <w:rPr>
          <w:rFonts w:cs="Calibri"/>
          <w:sz w:val="24"/>
          <w:szCs w:val="24"/>
        </w:rPr>
        <w:t>7. Ask what will happen next and what interim measures can be put in place.</w:t>
      </w:r>
    </w:p>
    <w:p w:rsidR="00025C8E" w:rsidRPr="00025C8E" w:rsidRDefault="00025C8E" w:rsidP="00025C8E">
      <w:pPr>
        <w:pStyle w:val="ListNumber"/>
        <w:spacing w:after="40" w:line="259" w:lineRule="auto"/>
        <w:rPr>
          <w:rFonts w:cs="Calibri"/>
          <w:sz w:val="24"/>
          <w:szCs w:val="24"/>
        </w:rPr>
      </w:pPr>
      <w:r w:rsidRPr="00025C8E">
        <w:rPr>
          <w:rFonts w:cs="Calibri"/>
          <w:sz w:val="24"/>
          <w:szCs w:val="24"/>
        </w:rPr>
        <w:t>8. If you are unhappy with the proposed route, seek trade union or HR advice and consider the Grievance Procedure.</w:t>
      </w:r>
    </w:p>
    <w:tbl>
      <w:tblPr>
        <w:tblW w:w="0" w:type="auto"/>
        <w:jc w:val="center"/>
        <w:tblLook w:val="04A0" w:firstRow="1" w:lastRow="0" w:firstColumn="1" w:lastColumn="0" w:noHBand="0" w:noVBand="1"/>
      </w:tblPr>
      <w:tblGrid>
        <w:gridCol w:w="9936"/>
      </w:tblGrid>
      <w:tr w:rsidR="00025C8E" w:rsidRPr="00025C8E" w:rsidTr="00B70D35">
        <w:trPr>
          <w:jc w:val="center"/>
        </w:trPr>
        <w:tc>
          <w:tcPr>
            <w:tcW w:w="10080" w:type="dxa"/>
            <w:shd w:val="clear" w:color="auto" w:fill="EAF5FA"/>
            <w:tcMar>
              <w:top w:w="160" w:type="dxa"/>
              <w:left w:w="180" w:type="dxa"/>
              <w:bottom w:w="160" w:type="dxa"/>
              <w:right w:w="180" w:type="dxa"/>
            </w:tcMar>
          </w:tcPr>
          <w:p w:rsidR="00025C8E" w:rsidRPr="00025C8E" w:rsidRDefault="00025C8E" w:rsidP="00B70D35">
            <w:pPr>
              <w:rPr>
                <w:rFonts w:cs="Calibri"/>
                <w:sz w:val="24"/>
                <w:szCs w:val="24"/>
              </w:rPr>
            </w:pPr>
            <w:r w:rsidRPr="00025C8E">
              <w:rPr>
                <w:rFonts w:cs="Calibri"/>
                <w:b/>
                <w:sz w:val="24"/>
                <w:szCs w:val="24"/>
              </w:rPr>
              <w:t>Remember</w:t>
            </w:r>
            <w:r w:rsidRPr="00025C8E">
              <w:rPr>
                <w:rFonts w:cs="Calibri"/>
                <w:sz w:val="24"/>
                <w:szCs w:val="24"/>
              </w:rPr>
              <w:br/>
              <w:t xml:space="preserve">You do not need to prove that </w:t>
            </w:r>
            <w:proofErr w:type="spellStart"/>
            <w:r w:rsidRPr="00025C8E">
              <w:rPr>
                <w:rFonts w:cs="Calibri"/>
                <w:sz w:val="24"/>
                <w:szCs w:val="24"/>
              </w:rPr>
              <w:t>behaviour</w:t>
            </w:r>
            <w:proofErr w:type="spellEnd"/>
            <w:r w:rsidRPr="00025C8E">
              <w:rPr>
                <w:rFonts w:cs="Calibri"/>
                <w:sz w:val="24"/>
                <w:szCs w:val="24"/>
              </w:rPr>
              <w:t xml:space="preserve"> meets the legal definition of bullying or harassment before raising a concern. The school will assess the information and decide what action is appropriate.</w:t>
            </w:r>
          </w:p>
        </w:tc>
      </w:tr>
    </w:tbl>
    <w:p w:rsidR="00025C8E" w:rsidRPr="00025C8E" w:rsidRDefault="00025C8E" w:rsidP="00025C8E">
      <w:pPr>
        <w:spacing w:after="40"/>
        <w:rPr>
          <w:rFonts w:cs="Calibri"/>
          <w:sz w:val="24"/>
          <w:szCs w:val="24"/>
        </w:rPr>
      </w:pPr>
    </w:p>
    <w:p w:rsidR="00025C8E" w:rsidRPr="00025C8E" w:rsidRDefault="00025C8E" w:rsidP="00025C8E">
      <w:pPr>
        <w:rPr>
          <w:rFonts w:cs="Calibri"/>
          <w:sz w:val="24"/>
          <w:szCs w:val="24"/>
        </w:rPr>
      </w:pPr>
      <w:r w:rsidRPr="00025C8E">
        <w:rPr>
          <w:rFonts w:cs="Calibri"/>
          <w:sz w:val="24"/>
          <w:szCs w:val="24"/>
        </w:rPr>
        <w:br w:type="page"/>
      </w:r>
    </w:p>
    <w:p w:rsidR="00025C8E" w:rsidRPr="00025C8E" w:rsidRDefault="00025C8E" w:rsidP="00025C8E">
      <w:pPr>
        <w:pStyle w:val="Heading1"/>
        <w:rPr>
          <w:rFonts w:ascii="Calibri" w:hAnsi="Calibri" w:cs="Calibri"/>
          <w:sz w:val="24"/>
          <w:szCs w:val="24"/>
        </w:rPr>
      </w:pPr>
      <w:r w:rsidRPr="00025C8E">
        <w:rPr>
          <w:rFonts w:ascii="Calibri" w:hAnsi="Calibri" w:cs="Calibri"/>
          <w:sz w:val="24"/>
          <w:szCs w:val="24"/>
        </w:rPr>
        <w:lastRenderedPageBreak/>
        <w:t>Appendix 3 – Sources and legal framework</w:t>
      </w:r>
    </w:p>
    <w:p w:rsidR="00025C8E" w:rsidRPr="00025C8E" w:rsidRDefault="00025C8E" w:rsidP="00025C8E">
      <w:pPr>
        <w:rPr>
          <w:rFonts w:cs="Calibri"/>
          <w:sz w:val="24"/>
          <w:szCs w:val="24"/>
        </w:rPr>
      </w:pPr>
      <w:r w:rsidRPr="00025C8E">
        <w:rPr>
          <w:rFonts w:cs="Calibri"/>
          <w:sz w:val="24"/>
          <w:szCs w:val="24"/>
        </w:rPr>
        <w:t>This policy has been updated with reference to the following current sources. Hyperlinks are live in this Word document.</w:t>
      </w:r>
    </w:p>
    <w:p w:rsidR="00025C8E" w:rsidRPr="00025C8E" w:rsidRDefault="00025C8E" w:rsidP="00025C8E">
      <w:pPr>
        <w:rPr>
          <w:rFonts w:cs="Calibri"/>
          <w:sz w:val="24"/>
          <w:szCs w:val="24"/>
        </w:rPr>
      </w:pPr>
      <w:r w:rsidRPr="00025C8E">
        <w:rPr>
          <w:rFonts w:cs="Calibri"/>
          <w:b/>
          <w:sz w:val="24"/>
          <w:szCs w:val="24"/>
        </w:rPr>
        <w:t>Department for Education – Preventing and tackling the bullying and harassment of school staff (9 July 2026)</w:t>
      </w:r>
      <w:r w:rsidRPr="00025C8E">
        <w:rPr>
          <w:rFonts w:cs="Calibri"/>
          <w:sz w:val="24"/>
          <w:szCs w:val="24"/>
        </w:rPr>
        <w:t xml:space="preserve"> – Core DfE guidance underpinning this policy. </w:t>
      </w:r>
      <w:hyperlink r:id="rId10">
        <w:r w:rsidRPr="00025C8E">
          <w:rPr>
            <w:rFonts w:cs="Calibri"/>
            <w:color w:val="0563C1"/>
            <w:sz w:val="24"/>
            <w:szCs w:val="24"/>
            <w:u w:val="single"/>
          </w:rPr>
          <w:t>Open source</w:t>
        </w:r>
      </w:hyperlink>
    </w:p>
    <w:p w:rsidR="00025C8E" w:rsidRPr="00025C8E" w:rsidRDefault="00025C8E" w:rsidP="00025C8E">
      <w:pPr>
        <w:rPr>
          <w:rFonts w:cs="Calibri"/>
          <w:sz w:val="24"/>
          <w:szCs w:val="24"/>
        </w:rPr>
      </w:pPr>
      <w:r w:rsidRPr="00025C8E">
        <w:rPr>
          <w:rFonts w:cs="Calibri"/>
          <w:b/>
          <w:sz w:val="24"/>
          <w:szCs w:val="24"/>
        </w:rPr>
        <w:t>Department for Education – Preventing bullying</w:t>
      </w:r>
      <w:r w:rsidRPr="00025C8E">
        <w:rPr>
          <w:rFonts w:cs="Calibri"/>
          <w:sz w:val="24"/>
          <w:szCs w:val="24"/>
        </w:rPr>
        <w:t xml:space="preserve"> – DfE guidance on preventing and responding to bullying in schools. </w:t>
      </w:r>
      <w:hyperlink r:id="rId11">
        <w:r w:rsidRPr="00025C8E">
          <w:rPr>
            <w:rFonts w:cs="Calibri"/>
            <w:color w:val="0563C1"/>
            <w:sz w:val="24"/>
            <w:szCs w:val="24"/>
            <w:u w:val="single"/>
          </w:rPr>
          <w:t>Open source</w:t>
        </w:r>
      </w:hyperlink>
    </w:p>
    <w:p w:rsidR="00025C8E" w:rsidRPr="00025C8E" w:rsidRDefault="00025C8E" w:rsidP="00025C8E">
      <w:pPr>
        <w:rPr>
          <w:rFonts w:cs="Calibri"/>
          <w:sz w:val="24"/>
          <w:szCs w:val="24"/>
        </w:rPr>
      </w:pPr>
      <w:r w:rsidRPr="00025C8E">
        <w:rPr>
          <w:rFonts w:cs="Calibri"/>
          <w:b/>
          <w:sz w:val="24"/>
          <w:szCs w:val="24"/>
        </w:rPr>
        <w:t>Department for Education – Keeping children safe in education 2026</w:t>
      </w:r>
      <w:r w:rsidRPr="00025C8E">
        <w:rPr>
          <w:rFonts w:cs="Calibri"/>
          <w:sz w:val="24"/>
          <w:szCs w:val="24"/>
        </w:rPr>
        <w:t xml:space="preserve"> – Statutory safeguarding guidance in force from 1 September 2026. </w:t>
      </w:r>
      <w:hyperlink r:id="rId12">
        <w:r w:rsidRPr="00025C8E">
          <w:rPr>
            <w:rFonts w:cs="Calibri"/>
            <w:color w:val="0563C1"/>
            <w:sz w:val="24"/>
            <w:szCs w:val="24"/>
            <w:u w:val="single"/>
          </w:rPr>
          <w:t>Open source</w:t>
        </w:r>
      </w:hyperlink>
    </w:p>
    <w:p w:rsidR="00025C8E" w:rsidRPr="00025C8E" w:rsidRDefault="00025C8E" w:rsidP="00025C8E">
      <w:pPr>
        <w:rPr>
          <w:rFonts w:cs="Calibri"/>
          <w:sz w:val="24"/>
          <w:szCs w:val="24"/>
        </w:rPr>
      </w:pPr>
      <w:r w:rsidRPr="00025C8E">
        <w:rPr>
          <w:rFonts w:cs="Calibri"/>
          <w:b/>
          <w:sz w:val="24"/>
          <w:szCs w:val="24"/>
        </w:rPr>
        <w:t>Equality Act 2010</w:t>
      </w:r>
      <w:r w:rsidRPr="00025C8E">
        <w:rPr>
          <w:rFonts w:cs="Calibri"/>
          <w:sz w:val="24"/>
          <w:szCs w:val="24"/>
        </w:rPr>
        <w:t xml:space="preserve"> – Core equality and harassment legislation. </w:t>
      </w:r>
      <w:hyperlink r:id="rId13">
        <w:r w:rsidRPr="00025C8E">
          <w:rPr>
            <w:rFonts w:cs="Calibri"/>
            <w:color w:val="0563C1"/>
            <w:sz w:val="24"/>
            <w:szCs w:val="24"/>
            <w:u w:val="single"/>
          </w:rPr>
          <w:t>Open source</w:t>
        </w:r>
      </w:hyperlink>
    </w:p>
    <w:p w:rsidR="00025C8E" w:rsidRPr="00025C8E" w:rsidRDefault="00025C8E" w:rsidP="00025C8E">
      <w:pPr>
        <w:rPr>
          <w:rFonts w:cs="Calibri"/>
          <w:sz w:val="24"/>
          <w:szCs w:val="24"/>
        </w:rPr>
      </w:pPr>
      <w:r w:rsidRPr="00025C8E">
        <w:rPr>
          <w:rFonts w:cs="Calibri"/>
          <w:b/>
          <w:sz w:val="24"/>
          <w:szCs w:val="24"/>
        </w:rPr>
        <w:t>Worker Protection (Amendment of Equality Act 2010) Act 2023</w:t>
      </w:r>
      <w:r w:rsidRPr="00025C8E">
        <w:rPr>
          <w:rFonts w:cs="Calibri"/>
          <w:sz w:val="24"/>
          <w:szCs w:val="24"/>
        </w:rPr>
        <w:t xml:space="preserve"> – Introduced the employer duty to take reasonable steps to prevent sexual harassment, in force from 26 October 2024. </w:t>
      </w:r>
      <w:hyperlink r:id="rId14">
        <w:r w:rsidRPr="00025C8E">
          <w:rPr>
            <w:rFonts w:cs="Calibri"/>
            <w:color w:val="0563C1"/>
            <w:sz w:val="24"/>
            <w:szCs w:val="24"/>
            <w:u w:val="single"/>
          </w:rPr>
          <w:t>Open source</w:t>
        </w:r>
      </w:hyperlink>
    </w:p>
    <w:p w:rsidR="00025C8E" w:rsidRPr="00025C8E" w:rsidRDefault="00025C8E" w:rsidP="00025C8E">
      <w:pPr>
        <w:rPr>
          <w:rFonts w:cs="Calibri"/>
          <w:sz w:val="24"/>
          <w:szCs w:val="24"/>
        </w:rPr>
      </w:pPr>
      <w:r w:rsidRPr="00025C8E">
        <w:rPr>
          <w:rFonts w:cs="Calibri"/>
          <w:b/>
          <w:sz w:val="24"/>
          <w:szCs w:val="24"/>
        </w:rPr>
        <w:t xml:space="preserve">Employment Rights Act 2025 – Includes the strengthened duty to take all reasonable steps to prevent sexual harassment and new provisions concerning third-party harassment; the relevant harassment provisions commence on 30 October 2026. Open </w:t>
      </w:r>
      <w:proofErr w:type="spellStart"/>
      <w:r w:rsidRPr="00025C8E">
        <w:rPr>
          <w:rFonts w:cs="Calibri"/>
          <w:b/>
          <w:sz w:val="24"/>
          <w:szCs w:val="24"/>
        </w:rPr>
        <w:t>source</w:t>
      </w:r>
      <w:hyperlink r:id="rId15">
        <w:r w:rsidRPr="00025C8E">
          <w:rPr>
            <w:rFonts w:cs="Calibri"/>
            <w:color w:val="0563C1"/>
            <w:sz w:val="24"/>
            <w:szCs w:val="24"/>
            <w:u w:val="single"/>
          </w:rPr>
          <w:t>Open</w:t>
        </w:r>
        <w:proofErr w:type="spellEnd"/>
        <w:r w:rsidRPr="00025C8E">
          <w:rPr>
            <w:rFonts w:cs="Calibri"/>
            <w:color w:val="0563C1"/>
            <w:sz w:val="24"/>
            <w:szCs w:val="24"/>
            <w:u w:val="single"/>
          </w:rPr>
          <w:t xml:space="preserve"> source</w:t>
        </w:r>
      </w:hyperlink>
    </w:p>
    <w:p w:rsidR="00025C8E" w:rsidRPr="00025C8E" w:rsidRDefault="00025C8E" w:rsidP="00025C8E">
      <w:pPr>
        <w:rPr>
          <w:rFonts w:cs="Calibri"/>
          <w:sz w:val="24"/>
          <w:szCs w:val="24"/>
        </w:rPr>
      </w:pPr>
      <w:r w:rsidRPr="00025C8E">
        <w:rPr>
          <w:rFonts w:cs="Calibri"/>
          <w:b/>
          <w:sz w:val="24"/>
          <w:szCs w:val="24"/>
        </w:rPr>
        <w:t>Buckinghamshire Council – Family Information Service: Bullying in and out of school</w:t>
      </w:r>
      <w:r w:rsidRPr="00025C8E">
        <w:rPr>
          <w:rFonts w:cs="Calibri"/>
          <w:sz w:val="24"/>
          <w:szCs w:val="24"/>
        </w:rPr>
        <w:t xml:space="preserve"> – Local authority information confirming that schools are responsible for investigating concerns about bullying in school. </w:t>
      </w:r>
      <w:hyperlink r:id="rId16">
        <w:r w:rsidRPr="00025C8E">
          <w:rPr>
            <w:rFonts w:cs="Calibri"/>
            <w:color w:val="0563C1"/>
            <w:sz w:val="24"/>
            <w:szCs w:val="24"/>
            <w:u w:val="single"/>
          </w:rPr>
          <w:t>Open source</w:t>
        </w:r>
      </w:hyperlink>
    </w:p>
    <w:p w:rsidR="00025C8E" w:rsidRPr="00025C8E" w:rsidRDefault="00025C8E" w:rsidP="00025C8E">
      <w:pPr>
        <w:rPr>
          <w:rFonts w:cs="Calibri"/>
          <w:sz w:val="24"/>
          <w:szCs w:val="24"/>
        </w:rPr>
      </w:pPr>
      <w:r w:rsidRPr="00025C8E">
        <w:rPr>
          <w:rFonts w:cs="Calibri"/>
          <w:b/>
          <w:sz w:val="24"/>
          <w:szCs w:val="24"/>
        </w:rPr>
        <w:t>Buckinghamshire Council – School safeguarding resources</w:t>
      </w:r>
      <w:r w:rsidRPr="00025C8E">
        <w:rPr>
          <w:rFonts w:cs="Calibri"/>
          <w:sz w:val="24"/>
          <w:szCs w:val="24"/>
        </w:rPr>
        <w:t xml:space="preserve"> – Local safeguarding information and resources, to be used alongside current school procedures. </w:t>
      </w:r>
      <w:hyperlink r:id="rId17">
        <w:r w:rsidRPr="00025C8E">
          <w:rPr>
            <w:rFonts w:cs="Calibri"/>
            <w:color w:val="0563C1"/>
            <w:sz w:val="24"/>
            <w:szCs w:val="24"/>
            <w:u w:val="single"/>
          </w:rPr>
          <w:t>Open source</w:t>
        </w:r>
      </w:hyperlink>
    </w:p>
    <w:p w:rsidR="00790AEC" w:rsidRPr="00302C2C" w:rsidRDefault="00790AEC" w:rsidP="00025C8E">
      <w:pPr>
        <w:rPr>
          <w:rFonts w:asciiTheme="majorHAnsi" w:hAnsiTheme="majorHAnsi" w:cstheme="majorHAnsi"/>
          <w:sz w:val="24"/>
          <w:szCs w:val="24"/>
        </w:rPr>
      </w:pPr>
    </w:p>
    <w:sectPr w:rsidR="00790AEC" w:rsidRPr="00302C2C" w:rsidSect="00034616">
      <w:footerReference w:type="default" r:id="rId18"/>
      <w:pgSz w:w="12240" w:h="15840"/>
      <w:pgMar w:top="1080" w:right="1152" w:bottom="108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00D9" w:rsidRDefault="00FE00D9">
      <w:pPr>
        <w:spacing w:after="0" w:line="240" w:lineRule="auto"/>
      </w:pPr>
      <w:r>
        <w:separator/>
      </w:r>
    </w:p>
  </w:endnote>
  <w:endnote w:type="continuationSeparator" w:id="0">
    <w:p w:rsidR="00FE00D9" w:rsidRDefault="00FE0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0AEC" w:rsidRDefault="00CE631C">
    <w:pPr>
      <w:pStyle w:val="Footer"/>
      <w:jc w:val="center"/>
    </w:pPr>
    <w:r>
      <w:rPr>
        <w:sz w:val="18"/>
      </w:rPr>
      <w:t>Stoke Mandeville Combined School –</w:t>
    </w:r>
    <w:r w:rsidR="00025C8E">
      <w:rPr>
        <w:sz w:val="18"/>
      </w:rPr>
      <w:t xml:space="preserve">Anti Bullying and Harassment (staff) </w:t>
    </w:r>
    <w:r>
      <w:rPr>
        <w:sz w:val="18"/>
      </w:rPr>
      <w:t>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00D9" w:rsidRDefault="00FE00D9">
      <w:pPr>
        <w:spacing w:after="0" w:line="240" w:lineRule="auto"/>
      </w:pPr>
      <w:r>
        <w:separator/>
      </w:r>
    </w:p>
  </w:footnote>
  <w:footnote w:type="continuationSeparator" w:id="0">
    <w:p w:rsidR="00FE00D9" w:rsidRDefault="00FE00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70AFBBA"/>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BBE6F35"/>
    <w:multiLevelType w:val="hybridMultilevel"/>
    <w:tmpl w:val="846CAC2C"/>
    <w:lvl w:ilvl="0" w:tplc="EE446D0A">
      <w:start w:val="9"/>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3E6333"/>
    <w:multiLevelType w:val="multilevel"/>
    <w:tmpl w:val="B1C6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5C8E"/>
    <w:rsid w:val="00034616"/>
    <w:rsid w:val="0006063C"/>
    <w:rsid w:val="0015074B"/>
    <w:rsid w:val="0029639D"/>
    <w:rsid w:val="00302C2C"/>
    <w:rsid w:val="00326F90"/>
    <w:rsid w:val="006216ED"/>
    <w:rsid w:val="00790AEC"/>
    <w:rsid w:val="00AA1D8D"/>
    <w:rsid w:val="00B47730"/>
    <w:rsid w:val="00B47BF8"/>
    <w:rsid w:val="00CB0664"/>
    <w:rsid w:val="00CE631C"/>
    <w:rsid w:val="00E534E7"/>
    <w:rsid w:val="00F51A2E"/>
    <w:rsid w:val="00FC693F"/>
    <w:rsid w:val="00FE00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6D7692"/>
  <w14:defaultImageDpi w14:val="300"/>
  <w15:docId w15:val="{4754A2C0-2C01-416B-9859-935DA1404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rFonts w:ascii="Calibri" w:eastAsia="Calibri" w:hAnsi="Calibri"/>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contents">
    <w:name w:val="contents"/>
    <w:basedOn w:val="DefaultParagraphFont"/>
    <w:rsid w:val="00302C2C"/>
  </w:style>
  <w:style w:type="character" w:styleId="Hyperlink">
    <w:name w:val="Hyperlink"/>
    <w:basedOn w:val="DefaultParagraphFont"/>
    <w:uiPriority w:val="99"/>
    <w:semiHidden/>
    <w:unhideWhenUsed/>
    <w:rsid w:val="00302C2C"/>
    <w:rPr>
      <w:color w:val="0000FF"/>
      <w:u w:val="single"/>
    </w:rPr>
  </w:style>
  <w:style w:type="paragraph" w:customStyle="1" w:styleId="1bodycopy10pt">
    <w:name w:val="1 body copy 10pt"/>
    <w:basedOn w:val="Normal"/>
    <w:link w:val="1bodycopy10ptChar"/>
    <w:qFormat/>
    <w:rsid w:val="00F51A2E"/>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F51A2E"/>
    <w:rPr>
      <w:rFonts w:ascii="Arial" w:eastAsia="MS Mincho" w:hAnsi="Arial"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3565995">
      <w:bodyDiv w:val="1"/>
      <w:marLeft w:val="0"/>
      <w:marRight w:val="0"/>
      <w:marTop w:val="0"/>
      <w:marBottom w:val="0"/>
      <w:divBdr>
        <w:top w:val="none" w:sz="0" w:space="0" w:color="auto"/>
        <w:left w:val="none" w:sz="0" w:space="0" w:color="auto"/>
        <w:bottom w:val="none" w:sz="0" w:space="0" w:color="auto"/>
        <w:right w:val="none" w:sz="0" w:space="0" w:color="auto"/>
      </w:divBdr>
    </w:div>
    <w:div w:id="192973395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10/15"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s://www.buckinghamshire.gov.uk/schools-libraries-and-parks/education-and-learning/safeguarding/" TargetMode="External"/><Relationship Id="rId2" Type="http://schemas.openxmlformats.org/officeDocument/2006/relationships/numbering" Target="numbering.xml"/><Relationship Id="rId16" Type="http://schemas.openxmlformats.org/officeDocument/2006/relationships/hyperlink" Target="https://familyinfo.buckinghamshire.gov.uk/advice-and-support/family-safety/bullying/bullying-in-and-out-of-schoo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reventing-bullying" TargetMode="External"/><Relationship Id="rId5" Type="http://schemas.openxmlformats.org/officeDocument/2006/relationships/webSettings" Target="webSettings.xml"/><Relationship Id="rId15" Type="http://schemas.openxmlformats.org/officeDocument/2006/relationships/hyperlink" Target="https://www.legislation.gov.uk/ukpga/2025/36" TargetMode="External"/><Relationship Id="rId10" Type="http://schemas.openxmlformats.org/officeDocument/2006/relationships/hyperlink" Target="https://www.gov.uk/government/publications/preventing-and-tackling-bullying-and-harassment-of-school-staf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lation.gov.uk/ukpga/2023/5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BC2BA-B2A5-4ED9-83E5-3310C397E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4029</Words>
  <Characters>22969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26945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Hannah Jones</cp:lastModifiedBy>
  <cp:revision>2</cp:revision>
  <dcterms:created xsi:type="dcterms:W3CDTF">2026-10-06T06:53:00Z</dcterms:created>
  <dcterms:modified xsi:type="dcterms:W3CDTF">2026-10-06T06:53:00Z</dcterms:modified>
  <cp:category/>
</cp:coreProperties>
</file>