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1A2E" w:rsidRDefault="00F51A2E" w:rsidP="00F51A2E">
      <w:pPr>
        <w:pStyle w:val="1bodycopy10pt"/>
      </w:pPr>
    </w:p>
    <w:p w:rsidR="00F51A2E" w:rsidRDefault="00F51A2E" w:rsidP="00F51A2E">
      <w:pPr>
        <w:pStyle w:val="1bodycopy10pt"/>
      </w:pPr>
      <w:r w:rsidRPr="00DF4E41">
        <w:rPr>
          <w:rFonts w:ascii="Calibri" w:hAnsi="Calibri" w:cs="Calibri"/>
          <w:b/>
          <w:noProof/>
        </w:rPr>
        <mc:AlternateContent>
          <mc:Choice Requires="wps">
            <w:drawing>
              <wp:anchor distT="45720" distB="45720" distL="114300" distR="114300" simplePos="0" relativeHeight="251659264" behindDoc="0" locked="0" layoutInCell="1" allowOverlap="1" wp14:anchorId="68070711" wp14:editId="70A6F702">
                <wp:simplePos x="0" y="0"/>
                <wp:positionH relativeFrom="margin">
                  <wp:align>center</wp:align>
                </wp:positionH>
                <wp:positionV relativeFrom="paragraph">
                  <wp:posOffset>89535</wp:posOffset>
                </wp:positionV>
                <wp:extent cx="2181225" cy="22288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2228850"/>
                        </a:xfrm>
                        <a:prstGeom prst="rect">
                          <a:avLst/>
                        </a:prstGeom>
                        <a:blipFill>
                          <a:blip r:embed="rId8"/>
                          <a:stretch>
                            <a:fillRect/>
                          </a:stretch>
                        </a:blipFill>
                        <a:ln w="9525">
                          <a:noFill/>
                          <a:miter lim="800000"/>
                          <a:headEnd/>
                          <a:tailEnd/>
                        </a:ln>
                      </wps:spPr>
                      <wps:txbx>
                        <w:txbxContent>
                          <w:p w:rsidR="00F51A2E" w:rsidRDefault="00F51A2E" w:rsidP="00F51A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070711" id="_x0000_t202" coordsize="21600,21600" o:spt="202" path="m,l,21600r21600,l21600,xe">
                <v:stroke joinstyle="miter"/>
                <v:path gradientshapeok="t" o:connecttype="rect"/>
              </v:shapetype>
              <v:shape id="Text Box 2" o:spid="_x0000_s1026" type="#_x0000_t202" style="position:absolute;margin-left:0;margin-top:7.05pt;width:171.75pt;height:175.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&#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" stroked="f">
                <v:fill r:id="rId9" o:title="" recolor="t" rotate="t" type="frame"/>
                <v:textbox>
                  <w:txbxContent>
                    <w:p w:rsidR="00F51A2E" w:rsidRDefault="00F51A2E" w:rsidP="00F51A2E"/>
                  </w:txbxContent>
                </v:textbox>
                <w10:wrap type="square" anchorx="margin"/>
              </v:shape>
            </w:pict>
          </mc:Fallback>
        </mc:AlternateContent>
      </w: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Pr="0095679E" w:rsidRDefault="00F51A2E" w:rsidP="00F51A2E">
      <w:pPr>
        <w:jc w:val="center"/>
        <w:rPr>
          <w:rFonts w:cs="Calibri"/>
          <w:b/>
          <w:sz w:val="44"/>
          <w:szCs w:val="44"/>
        </w:rPr>
      </w:pPr>
      <w:r w:rsidRPr="0095679E">
        <w:rPr>
          <w:rFonts w:cs="Calibri"/>
          <w:b/>
          <w:sz w:val="44"/>
          <w:szCs w:val="44"/>
        </w:rPr>
        <w:t xml:space="preserve">Stoke Mandeville Combined School </w:t>
      </w:r>
    </w:p>
    <w:p w:rsidR="00F51A2E" w:rsidRPr="0095679E" w:rsidRDefault="00F51A2E" w:rsidP="00F51A2E">
      <w:pPr>
        <w:jc w:val="center"/>
        <w:rPr>
          <w:rFonts w:cs="Calibri"/>
          <w:b/>
          <w:sz w:val="44"/>
          <w:szCs w:val="44"/>
        </w:rPr>
      </w:pPr>
      <w:r w:rsidRPr="0095679E">
        <w:rPr>
          <w:rFonts w:cs="Calibri"/>
          <w:b/>
          <w:sz w:val="44"/>
          <w:szCs w:val="44"/>
        </w:rPr>
        <w:t>Governing Board</w:t>
      </w:r>
    </w:p>
    <w:p w:rsidR="00F51A2E" w:rsidRPr="004D7B0A" w:rsidRDefault="00F51A2E" w:rsidP="00F51A2E">
      <w:pPr>
        <w:spacing w:after="0"/>
        <w:jc w:val="center"/>
        <w:rPr>
          <w:rFonts w:eastAsia="Times New Roman" w:cs="Calibri"/>
          <w:b/>
          <w:color w:val="000000"/>
          <w:sz w:val="72"/>
          <w:szCs w:val="72"/>
        </w:rPr>
      </w:pPr>
    </w:p>
    <w:p w:rsidR="00F51A2E" w:rsidRDefault="00F51A2E" w:rsidP="00F51A2E">
      <w:pPr>
        <w:spacing w:after="0"/>
        <w:jc w:val="center"/>
        <w:rPr>
          <w:rFonts w:eastAsia="Times New Roman" w:cs="Calibri"/>
          <w:b/>
          <w:color w:val="000000"/>
          <w:sz w:val="56"/>
          <w:szCs w:val="56"/>
        </w:rPr>
      </w:pPr>
      <w:r>
        <w:rPr>
          <w:rFonts w:eastAsia="Times New Roman" w:cs="Calibri"/>
          <w:b/>
          <w:color w:val="000000"/>
          <w:sz w:val="56"/>
          <w:szCs w:val="56"/>
        </w:rPr>
        <w:t xml:space="preserve">Admissions Policy </w:t>
      </w:r>
    </w:p>
    <w:p w:rsidR="00F51A2E" w:rsidRDefault="00F51A2E" w:rsidP="00F51A2E">
      <w:pPr>
        <w:spacing w:after="0"/>
        <w:jc w:val="center"/>
        <w:rPr>
          <w:rFonts w:eastAsia="Times New Roman" w:cs="Calibri"/>
          <w:b/>
          <w:color w:val="000000"/>
          <w:sz w:val="48"/>
          <w:szCs w:val="72"/>
        </w:rPr>
      </w:pPr>
      <w:r>
        <w:rPr>
          <w:rFonts w:eastAsia="Times New Roman" w:cs="Calibri"/>
          <w:b/>
          <w:color w:val="000000"/>
          <w:sz w:val="56"/>
          <w:szCs w:val="56"/>
        </w:rPr>
        <w:t>September 2026</w:t>
      </w:r>
    </w:p>
    <w:p w:rsidR="00F51A2E" w:rsidRDefault="00F51A2E" w:rsidP="00F51A2E">
      <w:pPr>
        <w:spacing w:after="0"/>
        <w:jc w:val="center"/>
        <w:rPr>
          <w:rFonts w:eastAsia="Times New Roman" w:cs="Calibri"/>
          <w:b/>
          <w:color w:val="000000"/>
          <w:sz w:val="48"/>
          <w:szCs w:val="72"/>
        </w:rPr>
      </w:pPr>
    </w:p>
    <w:p w:rsidR="00F51A2E" w:rsidRDefault="00F51A2E" w:rsidP="00F51A2E">
      <w:pPr>
        <w:spacing w:after="0"/>
        <w:jc w:val="center"/>
        <w:rPr>
          <w:rFonts w:eastAsia="Times New Roman" w:cs="Calibri"/>
          <w:b/>
          <w:color w:val="000000"/>
          <w:sz w:val="48"/>
          <w:szCs w:val="72"/>
        </w:rPr>
      </w:pPr>
    </w:p>
    <w:p w:rsidR="00F51A2E" w:rsidRDefault="00F51A2E" w:rsidP="00F51A2E">
      <w:pPr>
        <w:spacing w:after="0"/>
        <w:jc w:val="center"/>
        <w:rPr>
          <w:rFonts w:eastAsia="Times New Roman" w:cs="Calibri"/>
          <w:b/>
          <w:color w:val="000000"/>
          <w:sz w:val="48"/>
          <w:szCs w:val="72"/>
        </w:rPr>
      </w:pPr>
    </w:p>
    <w:p w:rsidR="00F51A2E" w:rsidRDefault="00F51A2E" w:rsidP="00F51A2E">
      <w:pPr>
        <w:spacing w:after="0"/>
        <w:rPr>
          <w:rFonts w:cs="Calibri"/>
          <w:b/>
          <w:sz w:val="24"/>
        </w:rPr>
      </w:pPr>
    </w:p>
    <w:p w:rsidR="00F51A2E" w:rsidRPr="0093619C" w:rsidRDefault="00F51A2E" w:rsidP="00F51A2E">
      <w:pPr>
        <w:spacing w:after="0"/>
        <w:rPr>
          <w:rFonts w:cs="Calibri"/>
          <w:b/>
          <w:sz w:val="24"/>
        </w:rPr>
      </w:pPr>
      <w:r w:rsidRPr="0093619C">
        <w:rPr>
          <w:rFonts w:cs="Calibri"/>
          <w:b/>
          <w:sz w:val="24"/>
        </w:rPr>
        <w:t xml:space="preserve">Adopted:  </w:t>
      </w:r>
      <w:r w:rsidR="00535C6D">
        <w:rPr>
          <w:rFonts w:cs="Calibri"/>
          <w:b/>
          <w:sz w:val="24"/>
        </w:rPr>
        <w:t>October</w:t>
      </w:r>
      <w:r>
        <w:rPr>
          <w:rFonts w:cs="Calibri"/>
          <w:b/>
          <w:sz w:val="24"/>
        </w:rPr>
        <w:t xml:space="preserve"> 2026</w:t>
      </w:r>
    </w:p>
    <w:p w:rsidR="00F51A2E" w:rsidRPr="0093619C" w:rsidRDefault="00F51A2E" w:rsidP="00F51A2E">
      <w:pPr>
        <w:spacing w:after="0"/>
        <w:rPr>
          <w:rFonts w:cs="Calibri"/>
          <w:b/>
          <w:sz w:val="24"/>
        </w:rPr>
      </w:pPr>
      <w:bookmarkStart w:id="0" w:name="_GoBack"/>
      <w:r w:rsidRPr="0093619C">
        <w:rPr>
          <w:rFonts w:cs="Calibri"/>
          <w:b/>
          <w:sz w:val="24"/>
        </w:rPr>
        <w:t xml:space="preserve">Reviewed:  </w:t>
      </w:r>
      <w:r>
        <w:rPr>
          <w:rFonts w:cs="Calibri"/>
          <w:b/>
          <w:sz w:val="24"/>
        </w:rPr>
        <w:t xml:space="preserve">- </w:t>
      </w:r>
    </w:p>
    <w:bookmarkEnd w:id="0"/>
    <w:p w:rsidR="00F51A2E" w:rsidRPr="00417B54" w:rsidRDefault="00F51A2E" w:rsidP="00F51A2E">
      <w:pPr>
        <w:spacing w:after="0"/>
        <w:rPr>
          <w:rFonts w:cs="Calibri"/>
          <w:b/>
          <w:sz w:val="24"/>
        </w:rPr>
      </w:pPr>
      <w:r w:rsidRPr="0093619C">
        <w:rPr>
          <w:rFonts w:cs="Calibri"/>
          <w:b/>
          <w:sz w:val="24"/>
        </w:rPr>
        <w:t>Next Review Date:  September 202</w:t>
      </w:r>
      <w:r>
        <w:rPr>
          <w:rFonts w:cs="Calibri"/>
          <w:b/>
          <w:sz w:val="24"/>
        </w:rPr>
        <w:t>7</w:t>
      </w:r>
    </w:p>
    <w:p w:rsidR="00302C2C" w:rsidRDefault="00302C2C" w:rsidP="00B47BF8">
      <w:pPr>
        <w:rPr>
          <w:i/>
        </w:rPr>
      </w:pPr>
    </w:p>
    <w:p w:rsidR="00790AEC" w:rsidRPr="00302C2C" w:rsidRDefault="00CE631C">
      <w:pPr>
        <w:jc w:val="center"/>
        <w:rPr>
          <w:rFonts w:asciiTheme="majorHAnsi" w:hAnsiTheme="majorHAnsi" w:cstheme="majorHAnsi"/>
          <w:sz w:val="24"/>
          <w:szCs w:val="24"/>
        </w:rPr>
      </w:pPr>
      <w:r w:rsidRPr="00302C2C">
        <w:rPr>
          <w:rFonts w:asciiTheme="majorHAnsi" w:hAnsiTheme="majorHAnsi" w:cstheme="majorHAnsi"/>
          <w:i/>
          <w:sz w:val="24"/>
          <w:szCs w:val="24"/>
        </w:rPr>
        <w:lastRenderedPageBreak/>
        <w:t>Reception and in-year admissions</w:t>
      </w:r>
    </w:p>
    <w:tbl>
      <w:tblPr>
        <w:tblStyle w:val="TableGrid"/>
        <w:tblW w:w="0" w:type="auto"/>
        <w:jc w:val="center"/>
        <w:tblLook w:val="04A0" w:firstRow="1" w:lastRow="0" w:firstColumn="1" w:lastColumn="0" w:noHBand="0" w:noVBand="1"/>
      </w:tblPr>
      <w:tblGrid>
        <w:gridCol w:w="4963"/>
        <w:gridCol w:w="4963"/>
      </w:tblGrid>
      <w:tr w:rsidR="00790AEC" w:rsidRPr="00302C2C">
        <w:trPr>
          <w:jc w:val="center"/>
        </w:trPr>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b/>
                <w:sz w:val="24"/>
                <w:szCs w:val="24"/>
              </w:rPr>
              <w:t>School</w:t>
            </w:r>
          </w:p>
        </w:tc>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Stoke Mandeville Combined School</w:t>
            </w:r>
          </w:p>
        </w:tc>
      </w:tr>
      <w:tr w:rsidR="00790AEC" w:rsidRPr="00302C2C">
        <w:trPr>
          <w:jc w:val="center"/>
        </w:trPr>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b/>
                <w:sz w:val="24"/>
                <w:szCs w:val="24"/>
              </w:rPr>
              <w:t>School type</w:t>
            </w:r>
          </w:p>
        </w:tc>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Maintained community combined school</w:t>
            </w:r>
          </w:p>
        </w:tc>
      </w:tr>
      <w:tr w:rsidR="00790AEC" w:rsidRPr="00302C2C">
        <w:trPr>
          <w:jc w:val="center"/>
        </w:trPr>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b/>
                <w:sz w:val="24"/>
                <w:szCs w:val="24"/>
              </w:rPr>
              <w:t>Admission authority</w:t>
            </w:r>
          </w:p>
        </w:tc>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Buckinghamshire Council</w:t>
            </w:r>
          </w:p>
        </w:tc>
      </w:tr>
      <w:tr w:rsidR="00790AEC" w:rsidRPr="00302C2C">
        <w:trPr>
          <w:jc w:val="center"/>
        </w:trPr>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b/>
                <w:sz w:val="24"/>
                <w:szCs w:val="24"/>
              </w:rPr>
              <w:t>Published Admission Number (Reception)</w:t>
            </w:r>
          </w:p>
        </w:tc>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30</w:t>
            </w:r>
          </w:p>
        </w:tc>
      </w:tr>
      <w:tr w:rsidR="00790AEC" w:rsidRPr="00302C2C">
        <w:trPr>
          <w:jc w:val="center"/>
        </w:trPr>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b/>
                <w:sz w:val="24"/>
                <w:szCs w:val="24"/>
              </w:rPr>
              <w:t>Policy year</w:t>
            </w:r>
          </w:p>
        </w:tc>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2026–2027</w:t>
            </w:r>
          </w:p>
        </w:tc>
      </w:tr>
    </w:tbl>
    <w:p w:rsidR="00790AEC" w:rsidRPr="00302C2C" w:rsidRDefault="00CE631C">
      <w:pPr>
        <w:pStyle w:val="Heading1"/>
        <w:rPr>
          <w:rFonts w:cstheme="majorHAnsi"/>
          <w:sz w:val="24"/>
          <w:szCs w:val="24"/>
        </w:rPr>
      </w:pPr>
      <w:r w:rsidRPr="00302C2C">
        <w:rPr>
          <w:rFonts w:cstheme="majorHAnsi"/>
          <w:sz w:val="24"/>
          <w:szCs w:val="24"/>
        </w:rPr>
        <w:t>1. Purpose and status</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This policy sets out the admission arrangements for Stoke Mandeville Combined School for the 2026–2027 school year.</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Stoke Mandeville Combined School is a maintained community school. Buckinghamshire Council is the admission authority for community schools and determines the admission arrangements for the school. The school therefore applies the Buckinghamshire Council admission arrangements for community and voluntary controlled primary schools.</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All applications for normal Reception admission and other applications covered by the Buckinghamshire coordinated admissions scheme will be processed in accordance with that scheme.</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This policy should be read alongside Buckinghamshire Council’s Coordinated Admissions Scheme September 2026 and the Buckinghamshire Council Primary Community and Voluntary Controlled Schools Admissions Policy September 2026.</w:t>
      </w:r>
    </w:p>
    <w:p w:rsidR="00790AEC" w:rsidRPr="00302C2C" w:rsidRDefault="00CE631C">
      <w:pPr>
        <w:pStyle w:val="Heading1"/>
        <w:rPr>
          <w:rFonts w:cstheme="majorHAnsi"/>
          <w:sz w:val="24"/>
          <w:szCs w:val="24"/>
        </w:rPr>
      </w:pPr>
      <w:r w:rsidRPr="00302C2C">
        <w:rPr>
          <w:rFonts w:cstheme="majorHAnsi"/>
          <w:sz w:val="24"/>
          <w:szCs w:val="24"/>
        </w:rPr>
        <w:t>2. Published Admission Number</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The Published Admission Number (PAN) for Reception at Stoke Mandeville Combined School for September 2026 is 30.</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The PAN is the number of places available in the normal year of entry. Where applications exceed the PAN, the published oversubscription criteria will be applied.</w:t>
      </w:r>
    </w:p>
    <w:p w:rsidR="00790AEC" w:rsidRPr="00302C2C" w:rsidRDefault="00CE631C">
      <w:pPr>
        <w:pStyle w:val="Heading1"/>
        <w:rPr>
          <w:rFonts w:cstheme="majorHAnsi"/>
          <w:sz w:val="24"/>
          <w:szCs w:val="24"/>
        </w:rPr>
      </w:pPr>
      <w:r w:rsidRPr="00302C2C">
        <w:rPr>
          <w:rFonts w:cstheme="majorHAnsi"/>
          <w:sz w:val="24"/>
          <w:szCs w:val="24"/>
        </w:rPr>
        <w:t>3. Applications for Reception</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Applications for a Reception place must be made through Buckinghamshire Council’s coordinated admissions process. Buckinghamshire residents should apply through Buckinghamshire Council. Families living outside Buckinghamshire should apply through their home local authority.</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The coordinated scheme uses an equal preference system. Where a child could potentially be offered more than one preferred school, the local authority uses the ranking of preferences to determine the single offer in accordance with the coordinated scheme.</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For September 2026, the Buckinghamshire Council primary application timetable and arrangements apply.</w:t>
      </w:r>
    </w:p>
    <w:p w:rsidR="00790AEC" w:rsidRPr="00302C2C" w:rsidRDefault="00CE631C">
      <w:pPr>
        <w:pStyle w:val="Heading1"/>
        <w:rPr>
          <w:rFonts w:cstheme="majorHAnsi"/>
          <w:sz w:val="24"/>
          <w:szCs w:val="24"/>
        </w:rPr>
      </w:pPr>
      <w:r w:rsidRPr="00302C2C">
        <w:rPr>
          <w:rFonts w:cstheme="majorHAnsi"/>
          <w:sz w:val="24"/>
          <w:szCs w:val="24"/>
        </w:rPr>
        <w:lastRenderedPageBreak/>
        <w:t>4. Children with an Education, Health and Care Plan</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A child who has an Education, Health and Care (EHC) Plan that names Stoke Mandeville Combined School will be admitted to the school. Such children are admitted before the oversubscription criteria are applied.</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The school will work with Buckinghamshire Council and the family to ensure that the provision specified in the EHC Plan can be appropriately arranged.</w:t>
      </w:r>
    </w:p>
    <w:p w:rsidR="00790AEC" w:rsidRPr="00302C2C" w:rsidRDefault="00CE631C">
      <w:pPr>
        <w:pStyle w:val="Heading1"/>
        <w:rPr>
          <w:rFonts w:cstheme="majorHAnsi"/>
          <w:sz w:val="24"/>
          <w:szCs w:val="24"/>
        </w:rPr>
      </w:pPr>
      <w:r w:rsidRPr="00302C2C">
        <w:rPr>
          <w:rFonts w:cstheme="majorHAnsi"/>
          <w:sz w:val="24"/>
          <w:szCs w:val="24"/>
        </w:rPr>
        <w:t>5. Oversubscription criteria – Reception</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If there are more eligible applications than places available, after the admission of children with an EHC Plan naming the school, places will be allocated in the following order:</w:t>
      </w:r>
    </w:p>
    <w:p w:rsidR="00790AEC" w:rsidRPr="00302C2C" w:rsidRDefault="00CE631C">
      <w:pPr>
        <w:pStyle w:val="Heading1"/>
        <w:rPr>
          <w:rFonts w:cstheme="majorHAnsi"/>
          <w:sz w:val="24"/>
          <w:szCs w:val="24"/>
        </w:rPr>
      </w:pPr>
      <w:r w:rsidRPr="00302C2C">
        <w:rPr>
          <w:rFonts w:cstheme="majorHAnsi"/>
          <w:sz w:val="24"/>
          <w:szCs w:val="24"/>
        </w:rPr>
        <w:t>6. Tie-break</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Where there are insufficient places for all applicants who qualify under a particular criterion, the next criterion will be used to determine priority.</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If two or more applicants remain equally ranked after all relevant criteria have been applied and their measured distances are equal, Buckinghamshire Council will use its independently scrutinised random allocation procedure to determine which applicant(s) receive the available place(s).</w:t>
      </w:r>
    </w:p>
    <w:p w:rsidR="00790AEC" w:rsidRPr="00302C2C" w:rsidRDefault="00CE631C">
      <w:pPr>
        <w:pStyle w:val="Heading1"/>
        <w:rPr>
          <w:rFonts w:cstheme="majorHAnsi"/>
          <w:sz w:val="24"/>
          <w:szCs w:val="24"/>
        </w:rPr>
      </w:pPr>
      <w:r w:rsidRPr="00302C2C">
        <w:rPr>
          <w:rFonts w:cstheme="majorHAnsi"/>
          <w:sz w:val="24"/>
          <w:szCs w:val="24"/>
        </w:rPr>
        <w:t>7. Looked after and previously looked after children</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For admissions purposes, a looked after child is a child who is in the care of a local authority or who is provided with accommodation by a local authority in accordance with the relevant legislation.</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A previously looked after child includes a child who was previously looked after and immediately after being looked after became subject to an adoption order, child arrangements order or special guardianship order. The Buckinghamshire Council definition and evidence requirements will apply.</w:t>
      </w:r>
    </w:p>
    <w:p w:rsidR="00790AEC" w:rsidRPr="00302C2C" w:rsidRDefault="00CE631C">
      <w:pPr>
        <w:pStyle w:val="Heading1"/>
        <w:rPr>
          <w:rFonts w:cstheme="majorHAnsi"/>
          <w:sz w:val="24"/>
          <w:szCs w:val="24"/>
        </w:rPr>
      </w:pPr>
      <w:r w:rsidRPr="00302C2C">
        <w:rPr>
          <w:rFonts w:cstheme="majorHAnsi"/>
          <w:sz w:val="24"/>
          <w:szCs w:val="24"/>
        </w:rPr>
        <w:t>8. Exceptional medical or social needs</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Applications under the exceptional medical or social needs criterion must be supported by written evidence from an appropriate independent professional who knows the child and can explain why Stoke Mandeville Combined School is the only school that can meet the child’s particular needs, and the difficulties that would arise if the child attended another school.</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Applications under this criterion are considered through the process established by Buckinghamshire Council.</w:t>
      </w:r>
    </w:p>
    <w:p w:rsidR="00790AEC" w:rsidRPr="00302C2C" w:rsidRDefault="00CE631C">
      <w:pPr>
        <w:pStyle w:val="Heading1"/>
        <w:rPr>
          <w:rFonts w:cstheme="majorHAnsi"/>
          <w:sz w:val="24"/>
          <w:szCs w:val="24"/>
        </w:rPr>
      </w:pPr>
      <w:r w:rsidRPr="00302C2C">
        <w:rPr>
          <w:rFonts w:cstheme="majorHAnsi"/>
          <w:sz w:val="24"/>
          <w:szCs w:val="24"/>
        </w:rPr>
        <w:t>9. Children of school staff</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Priority may be given to children of staff where either:</w:t>
      </w:r>
    </w:p>
    <w:p w:rsidR="00302C2C" w:rsidRPr="00302C2C" w:rsidRDefault="00302C2C" w:rsidP="00302C2C">
      <w:pPr>
        <w:pStyle w:val="ListParagraph"/>
        <w:numPr>
          <w:ilvl w:val="0"/>
          <w:numId w:val="10"/>
        </w:numPr>
        <w:spacing w:after="0" w:line="240" w:lineRule="auto"/>
        <w:rPr>
          <w:rFonts w:asciiTheme="majorHAnsi" w:eastAsia="Times New Roman" w:hAnsiTheme="majorHAnsi" w:cstheme="majorHAnsi"/>
          <w:sz w:val="24"/>
          <w:szCs w:val="24"/>
          <w:lang w:val="en-GB" w:eastAsia="en-GB"/>
        </w:rPr>
      </w:pPr>
      <w:r w:rsidRPr="00302C2C">
        <w:rPr>
          <w:rFonts w:asciiTheme="majorHAnsi" w:eastAsia="Times New Roman" w:hAnsiTheme="majorHAnsi" w:cstheme="majorHAnsi"/>
          <w:bCs/>
          <w:sz w:val="24"/>
          <w:szCs w:val="24"/>
          <w:lang w:val="en-GB" w:eastAsia="en-GB"/>
        </w:rPr>
        <w:lastRenderedPageBreak/>
        <w:t>The member of staff has been employed at the school for two or more years at the time at which the application for admission to the school is made; and/or</w:t>
      </w:r>
      <w:r w:rsidRPr="00302C2C">
        <w:rPr>
          <w:rFonts w:asciiTheme="majorHAnsi" w:eastAsia="Times New Roman" w:hAnsiTheme="majorHAnsi" w:cstheme="majorHAnsi"/>
          <w:sz w:val="24"/>
          <w:szCs w:val="24"/>
          <w:lang w:val="en-GB" w:eastAsia="en-GB"/>
        </w:rPr>
        <w:t xml:space="preserve"> </w:t>
      </w:r>
    </w:p>
    <w:p w:rsidR="00302C2C" w:rsidRPr="00302C2C" w:rsidRDefault="00302C2C" w:rsidP="00302C2C">
      <w:pPr>
        <w:pStyle w:val="ListParagraph"/>
        <w:numPr>
          <w:ilvl w:val="0"/>
          <w:numId w:val="10"/>
        </w:numPr>
        <w:spacing w:after="0" w:line="240" w:lineRule="auto"/>
        <w:rPr>
          <w:rFonts w:asciiTheme="majorHAnsi" w:eastAsia="Times New Roman" w:hAnsiTheme="majorHAnsi" w:cstheme="majorHAnsi"/>
          <w:sz w:val="24"/>
          <w:szCs w:val="24"/>
          <w:lang w:val="en-GB" w:eastAsia="en-GB"/>
        </w:rPr>
      </w:pPr>
      <w:r w:rsidRPr="00302C2C">
        <w:rPr>
          <w:rFonts w:asciiTheme="majorHAnsi" w:eastAsia="Times New Roman" w:hAnsiTheme="majorHAnsi" w:cstheme="majorHAnsi"/>
          <w:bCs/>
          <w:sz w:val="24"/>
          <w:szCs w:val="24"/>
          <w:lang w:val="en-GB" w:eastAsia="en-GB"/>
        </w:rPr>
        <w:t>The member of staff is recruited to fill a vacant post for which there is a demonstrable skill shortage.</w:t>
      </w:r>
    </w:p>
    <w:p w:rsidR="00790AEC" w:rsidRPr="00302C2C" w:rsidRDefault="00CE631C">
      <w:pPr>
        <w:pStyle w:val="Heading1"/>
        <w:rPr>
          <w:rFonts w:cstheme="majorHAnsi"/>
          <w:sz w:val="24"/>
          <w:szCs w:val="24"/>
        </w:rPr>
      </w:pPr>
      <w:r w:rsidRPr="00302C2C">
        <w:rPr>
          <w:rFonts w:cstheme="majorHAnsi"/>
          <w:sz w:val="24"/>
          <w:szCs w:val="24"/>
        </w:rPr>
        <w:t>10. Catchment area</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The school’s published catchment area is determined by Buckinghamshire Council. The catchment area is not defined by the school.</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Parents should use Buckinghamshire Council’s school admissions mapping service to establish whether their normal home address falls within the school’s catchment area.</w:t>
      </w:r>
    </w:p>
    <w:p w:rsidR="00790AEC" w:rsidRPr="00302C2C" w:rsidRDefault="00CE631C">
      <w:pPr>
        <w:pStyle w:val="Heading1"/>
        <w:rPr>
          <w:rFonts w:cstheme="majorHAnsi"/>
          <w:sz w:val="24"/>
          <w:szCs w:val="24"/>
        </w:rPr>
      </w:pPr>
      <w:r w:rsidRPr="00302C2C">
        <w:rPr>
          <w:rFonts w:cstheme="majorHAnsi"/>
          <w:sz w:val="24"/>
          <w:szCs w:val="24"/>
        </w:rPr>
        <w:t>11. Siblings</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For Reception admission, the sibling criterion applies to siblings attending Stoke Mandeville Combined School or an applicable linked primary school in Years R–5 at the time allocations are made, where they are expected to remain on roll at the time of the proposed admission, or where a place has already been formally offered for the current academic year.</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A sibling includes a brother or sister and, in accordance with Buckinghamshire Council’s arrangements, may include an adopted or fostered child or another child living at the same address for whom the parent has parental responsibility or delegated authority.</w:t>
      </w:r>
    </w:p>
    <w:p w:rsidR="00790AEC" w:rsidRPr="00302C2C" w:rsidRDefault="00CE631C">
      <w:pPr>
        <w:pStyle w:val="Heading1"/>
        <w:rPr>
          <w:rFonts w:cstheme="majorHAnsi"/>
          <w:sz w:val="24"/>
          <w:szCs w:val="24"/>
        </w:rPr>
      </w:pPr>
      <w:r w:rsidRPr="00302C2C">
        <w:rPr>
          <w:rFonts w:cstheme="majorHAnsi"/>
          <w:sz w:val="24"/>
          <w:szCs w:val="24"/>
        </w:rPr>
        <w:t>12. Normal home address and distance</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The normal home address is the address at which the child normally lives with the parent or legal carer. Where a child lives at more than one address, Buckinghamshire Council will determine the appropriate address in accordance with its published admissions arrangements.</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Distance is measured in a straight line from the address point of the child’s normal home address, using Ordnance Survey address data, to the nearest open school entrance gate available for pupils to use.</w:t>
      </w:r>
    </w:p>
    <w:p w:rsidR="00790AEC" w:rsidRPr="00302C2C" w:rsidRDefault="00CE631C">
      <w:pPr>
        <w:pStyle w:val="Heading1"/>
        <w:rPr>
          <w:rFonts w:cstheme="majorHAnsi"/>
          <w:sz w:val="24"/>
          <w:szCs w:val="24"/>
        </w:rPr>
      </w:pPr>
      <w:r w:rsidRPr="00302C2C">
        <w:rPr>
          <w:rFonts w:cstheme="majorHAnsi"/>
          <w:sz w:val="24"/>
          <w:szCs w:val="24"/>
        </w:rPr>
        <w:t>13. Twins and multiple births</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Where only one place remains and the next child eligible for admission is one of twins, triplets or another multiple birth group, Buckinghamshire Council’s arrangements for multiple births will apply. This may result in the admission of the other child or children in the multiple birth group, in accordance with the statutory infant class size regulations.</w:t>
      </w:r>
    </w:p>
    <w:p w:rsidR="00790AEC" w:rsidRPr="00302C2C" w:rsidRDefault="00CE631C">
      <w:pPr>
        <w:pStyle w:val="Heading1"/>
        <w:rPr>
          <w:rFonts w:cstheme="majorHAnsi"/>
          <w:sz w:val="24"/>
          <w:szCs w:val="24"/>
        </w:rPr>
      </w:pPr>
      <w:r w:rsidRPr="00302C2C">
        <w:rPr>
          <w:rFonts w:cstheme="majorHAnsi"/>
          <w:sz w:val="24"/>
          <w:szCs w:val="24"/>
        </w:rPr>
        <w:t>14. Deferred and part-time Reception entry</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Once a child is allocated a Reception place, the school will offer a full-time place from the beginning of the autumn term following the child’s fourth birthday.</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lastRenderedPageBreak/>
        <w:t>Parents may choose to defer their child’s entry or take up the place on a part-time basis. Deferral or part-time attendance may continue only within the limits set out in Buckinghamshire Council’s admission arrangements and cannot extend beyond the end of the normal academic year of entry.</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Parents should contact the school and/or Buckinghamshire Council Admissions Team if they wish to discuss deferred or part-time entry.</w:t>
      </w:r>
    </w:p>
    <w:p w:rsidR="00790AEC" w:rsidRPr="00302C2C" w:rsidRDefault="00CE631C">
      <w:pPr>
        <w:pStyle w:val="Heading1"/>
        <w:rPr>
          <w:rFonts w:cstheme="majorHAnsi"/>
          <w:sz w:val="24"/>
          <w:szCs w:val="24"/>
        </w:rPr>
      </w:pPr>
      <w:r w:rsidRPr="00302C2C">
        <w:rPr>
          <w:rFonts w:cstheme="majorHAnsi"/>
          <w:sz w:val="24"/>
          <w:szCs w:val="24"/>
        </w:rPr>
        <w:t>15. Summer-born children and delayed entry</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Parents of summer-born children (born between 1 April and 31 August) may request delayed entry so that their child starts school in Reception one year later than the normal age group.</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Parents are advised to apply for a school place for the September following the child’s fourth birthday and to discuss the request with Buckinghamshire Council Admissions Team. The request will be considered in accordance with the Council’s published arrangements.</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Where agreement is given for a child to be admitted outside their normal age group, the child’s admission will subsequently be managed in the same way as other children in the relevant intake.</w:t>
      </w:r>
    </w:p>
    <w:p w:rsidR="00790AEC" w:rsidRPr="00302C2C" w:rsidRDefault="00CE631C">
      <w:pPr>
        <w:pStyle w:val="Heading1"/>
        <w:rPr>
          <w:rFonts w:cstheme="majorHAnsi"/>
          <w:sz w:val="24"/>
          <w:szCs w:val="24"/>
        </w:rPr>
      </w:pPr>
      <w:r w:rsidRPr="00302C2C">
        <w:rPr>
          <w:rFonts w:cstheme="majorHAnsi"/>
          <w:sz w:val="24"/>
          <w:szCs w:val="24"/>
        </w:rPr>
        <w:t>16. In-year admissions</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Applications for admission outside the normal Reception admission round are dealt with as in-year admissions in accordance with Buckinghamshire Council’s arrangements.</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Where a place is available, the child will be admitted in accordance with the relevant admission arrangements. Where the school is full in the relevant year group, the application will be ranked according to the applicable oversubscription criteria and the child may be placed on the waiting list.</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For in-year admissions, after children with an EHC Plan naming the school have been admitted, the relevant priority criteria are:</w:t>
      </w:r>
    </w:p>
    <w:p w:rsidR="00790AEC" w:rsidRPr="00302C2C" w:rsidRDefault="00CE631C">
      <w:pPr>
        <w:pStyle w:val="Heading1"/>
        <w:rPr>
          <w:rFonts w:cstheme="majorHAnsi"/>
          <w:sz w:val="24"/>
          <w:szCs w:val="24"/>
        </w:rPr>
      </w:pPr>
      <w:r w:rsidRPr="00302C2C">
        <w:rPr>
          <w:rFonts w:cstheme="majorHAnsi"/>
          <w:sz w:val="24"/>
          <w:szCs w:val="24"/>
        </w:rPr>
        <w:t>17. Waiting lists</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Where a year group is full, Buckinghamshire Council will maintain or arrange the relevant waiting list in accordance with its admissions arrangements. Waiting lists will be ranked according to the published oversubscription criteria and not by the date an application was added to the list.</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A child’s position on a waiting list can change when new applications are received or circumstances change.</w:t>
      </w:r>
    </w:p>
    <w:p w:rsidR="00790AEC" w:rsidRPr="00302C2C" w:rsidRDefault="00CE631C">
      <w:pPr>
        <w:pStyle w:val="Heading1"/>
        <w:rPr>
          <w:rFonts w:cstheme="majorHAnsi"/>
          <w:sz w:val="24"/>
          <w:szCs w:val="24"/>
        </w:rPr>
      </w:pPr>
      <w:r w:rsidRPr="00302C2C">
        <w:rPr>
          <w:rFonts w:cstheme="majorHAnsi"/>
          <w:sz w:val="24"/>
          <w:szCs w:val="24"/>
        </w:rPr>
        <w:t>18. Appeals</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Where a place is refused, parents have the right to appeal against the decision in accordance with the statutory school admission appeals arrangements.</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lastRenderedPageBreak/>
        <w:t>Information about how to appeal, relevant deadlines and the appeal process will be provided by Buckinghamshire Council with the refusal decision.</w:t>
      </w:r>
    </w:p>
    <w:p w:rsidR="00790AEC" w:rsidRPr="00302C2C" w:rsidRDefault="00CE631C">
      <w:pPr>
        <w:pStyle w:val="Heading1"/>
        <w:rPr>
          <w:rFonts w:cstheme="majorHAnsi"/>
          <w:sz w:val="24"/>
          <w:szCs w:val="24"/>
        </w:rPr>
      </w:pPr>
      <w:r w:rsidRPr="00302C2C">
        <w:rPr>
          <w:rFonts w:cstheme="majorHAnsi"/>
          <w:sz w:val="24"/>
          <w:szCs w:val="24"/>
        </w:rPr>
        <w:t>19. Fair access and statutory duties</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The school will comply with the statutory School Admissions Code, the School Admission Appeals Code, the Equality Act 2010 and other relevant legislation and guidance.</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The school will participate in Buckinghamshire Council’s Fair Access Protocol where applicable.</w:t>
      </w:r>
    </w:p>
    <w:p w:rsidR="00790AEC" w:rsidRPr="00302C2C" w:rsidRDefault="00CE631C">
      <w:pPr>
        <w:pStyle w:val="Heading1"/>
        <w:rPr>
          <w:rFonts w:cstheme="majorHAnsi"/>
          <w:sz w:val="24"/>
          <w:szCs w:val="24"/>
        </w:rPr>
      </w:pPr>
      <w:r w:rsidRPr="00302C2C">
        <w:rPr>
          <w:rFonts w:cstheme="majorHAnsi"/>
          <w:sz w:val="24"/>
          <w:szCs w:val="24"/>
        </w:rPr>
        <w:t>20. Nursery / pre-school provision</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Where early years or nursery provision is offered by the school, attendance in that provision does not guarantee a place in Reception. Admission to the main school is determined through the Buckinghamshire coordinated admissions process and the published Reception admission arrangements.</w:t>
      </w:r>
    </w:p>
    <w:p w:rsidR="00790AEC" w:rsidRPr="00302C2C" w:rsidRDefault="00CE631C">
      <w:pPr>
        <w:pStyle w:val="Heading1"/>
        <w:rPr>
          <w:rFonts w:cstheme="majorHAnsi"/>
          <w:sz w:val="24"/>
          <w:szCs w:val="24"/>
        </w:rPr>
      </w:pPr>
      <w:r w:rsidRPr="00302C2C">
        <w:rPr>
          <w:rFonts w:cstheme="majorHAnsi"/>
          <w:sz w:val="24"/>
          <w:szCs w:val="24"/>
        </w:rPr>
        <w:t>21. Complaints and queries</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Questions about an application, the allocation process, waiting lists or an appeal should normally be directed to Buckinghamshire Council’s School Admissions Team.</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The school will support families with general queries about the school and will provide information about the school’s admission arrangements.</w:t>
      </w:r>
    </w:p>
    <w:p w:rsidR="00790AEC" w:rsidRPr="00302C2C" w:rsidRDefault="00CE631C">
      <w:pPr>
        <w:pStyle w:val="Heading1"/>
        <w:rPr>
          <w:rFonts w:cstheme="majorHAnsi"/>
          <w:sz w:val="24"/>
          <w:szCs w:val="24"/>
        </w:rPr>
      </w:pPr>
      <w:r w:rsidRPr="00302C2C">
        <w:rPr>
          <w:rFonts w:cstheme="majorHAnsi"/>
          <w:sz w:val="24"/>
          <w:szCs w:val="24"/>
        </w:rPr>
        <w:t>22. Policy review</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This policy will be reviewed annually following determination of the admission arrangements for the relevant admission year. Any changes to the arrangements for a future admission year will be made through the appropriate consultation and determination process.</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This policy is intended to operate alongside, and not replace, Buckinghamshire Council’s published admission arrangements.</w:t>
      </w:r>
    </w:p>
    <w:p w:rsidR="00790AEC" w:rsidRPr="00302C2C" w:rsidRDefault="00CE631C">
      <w:pPr>
        <w:pStyle w:val="Heading1"/>
        <w:rPr>
          <w:rFonts w:cstheme="majorHAnsi"/>
          <w:sz w:val="24"/>
          <w:szCs w:val="24"/>
        </w:rPr>
      </w:pPr>
      <w:r w:rsidRPr="00302C2C">
        <w:rPr>
          <w:rFonts w:cstheme="majorHAnsi"/>
          <w:sz w:val="24"/>
          <w:szCs w:val="24"/>
        </w:rPr>
        <w:t>Appendix 1 – Reception oversubscription criteria</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After children with an EHC Plan naming the school are admitted, the following criteria apply in order:</w:t>
      </w:r>
    </w:p>
    <w:p w:rsidR="00790AEC" w:rsidRPr="00302C2C" w:rsidRDefault="00CE631C">
      <w:pPr>
        <w:pStyle w:val="ListBullet"/>
        <w:spacing w:after="40"/>
        <w:rPr>
          <w:rFonts w:asciiTheme="majorHAnsi" w:hAnsiTheme="majorHAnsi" w:cstheme="majorHAnsi"/>
          <w:sz w:val="24"/>
          <w:szCs w:val="24"/>
        </w:rPr>
      </w:pPr>
      <w:r w:rsidRPr="00302C2C">
        <w:rPr>
          <w:rFonts w:asciiTheme="majorHAnsi" w:hAnsiTheme="majorHAnsi" w:cstheme="majorHAnsi"/>
          <w:sz w:val="24"/>
          <w:szCs w:val="24"/>
        </w:rPr>
        <w:t>1. Looked after children and previously looked after children.</w:t>
      </w:r>
    </w:p>
    <w:p w:rsidR="00790AEC" w:rsidRPr="00302C2C" w:rsidRDefault="00CE631C">
      <w:pPr>
        <w:pStyle w:val="ListBullet"/>
        <w:spacing w:after="40"/>
        <w:rPr>
          <w:rFonts w:asciiTheme="majorHAnsi" w:hAnsiTheme="majorHAnsi" w:cstheme="majorHAnsi"/>
          <w:sz w:val="24"/>
          <w:szCs w:val="24"/>
        </w:rPr>
      </w:pPr>
      <w:r w:rsidRPr="00302C2C">
        <w:rPr>
          <w:rFonts w:asciiTheme="majorHAnsi" w:hAnsiTheme="majorHAnsi" w:cstheme="majorHAnsi"/>
          <w:sz w:val="24"/>
          <w:szCs w:val="24"/>
        </w:rPr>
        <w:t>2. Children who have exceptional medical or social needs which can only be met at the school, supported by written evidence from an appropriate professional person.</w:t>
      </w:r>
    </w:p>
    <w:p w:rsidR="00790AEC" w:rsidRPr="00302C2C" w:rsidRDefault="00CE631C">
      <w:pPr>
        <w:pStyle w:val="ListBullet"/>
        <w:spacing w:after="40"/>
        <w:rPr>
          <w:rFonts w:asciiTheme="majorHAnsi" w:hAnsiTheme="majorHAnsi" w:cstheme="majorHAnsi"/>
          <w:sz w:val="24"/>
          <w:szCs w:val="24"/>
        </w:rPr>
      </w:pPr>
      <w:r w:rsidRPr="00302C2C">
        <w:rPr>
          <w:rFonts w:asciiTheme="majorHAnsi" w:hAnsiTheme="majorHAnsi" w:cstheme="majorHAnsi"/>
          <w:sz w:val="24"/>
          <w:szCs w:val="24"/>
        </w:rPr>
        <w:t>3. Children of staff where either the member of staff has been employed at the school for two or more years at the time of application and/or the member of staff is recruited to fill a vacant post for which there is a demonstrable skill shortage.</w:t>
      </w:r>
    </w:p>
    <w:p w:rsidR="00790AEC" w:rsidRPr="00302C2C" w:rsidRDefault="00CE631C">
      <w:pPr>
        <w:pStyle w:val="ListBullet"/>
        <w:spacing w:after="40"/>
        <w:rPr>
          <w:rFonts w:asciiTheme="majorHAnsi" w:hAnsiTheme="majorHAnsi" w:cstheme="majorHAnsi"/>
          <w:sz w:val="24"/>
          <w:szCs w:val="24"/>
        </w:rPr>
      </w:pPr>
      <w:r w:rsidRPr="00302C2C">
        <w:rPr>
          <w:rFonts w:asciiTheme="majorHAnsi" w:hAnsiTheme="majorHAnsi" w:cstheme="majorHAnsi"/>
          <w:sz w:val="24"/>
          <w:szCs w:val="24"/>
        </w:rPr>
        <w:lastRenderedPageBreak/>
        <w:t>4. Children attending a primary school linked to the school named in Buckinghamshire Council’s list of linked primary schools at the time allocations are made. This criterion does not apply to children starting school in Reception where the Council's arrangements exclude it.</w:t>
      </w:r>
    </w:p>
    <w:p w:rsidR="00790AEC" w:rsidRPr="00302C2C" w:rsidRDefault="00CE631C">
      <w:pPr>
        <w:pStyle w:val="ListBullet"/>
        <w:spacing w:after="40"/>
        <w:rPr>
          <w:rFonts w:asciiTheme="majorHAnsi" w:hAnsiTheme="majorHAnsi" w:cstheme="majorHAnsi"/>
          <w:sz w:val="24"/>
          <w:szCs w:val="24"/>
        </w:rPr>
      </w:pPr>
      <w:r w:rsidRPr="00302C2C">
        <w:rPr>
          <w:rFonts w:asciiTheme="majorHAnsi" w:hAnsiTheme="majorHAnsi" w:cstheme="majorHAnsi"/>
          <w:sz w:val="24"/>
          <w:szCs w:val="24"/>
        </w:rPr>
        <w:t>5. Children living within the catchment area of the school.</w:t>
      </w:r>
    </w:p>
    <w:p w:rsidR="00790AEC" w:rsidRPr="00302C2C" w:rsidRDefault="00CE631C">
      <w:pPr>
        <w:pStyle w:val="ListBullet"/>
        <w:spacing w:after="40"/>
        <w:rPr>
          <w:rFonts w:asciiTheme="majorHAnsi" w:hAnsiTheme="majorHAnsi" w:cstheme="majorHAnsi"/>
          <w:sz w:val="24"/>
          <w:szCs w:val="24"/>
        </w:rPr>
      </w:pPr>
      <w:r w:rsidRPr="00302C2C">
        <w:rPr>
          <w:rFonts w:asciiTheme="majorHAnsi" w:hAnsiTheme="majorHAnsi" w:cstheme="majorHAnsi"/>
          <w:sz w:val="24"/>
          <w:szCs w:val="24"/>
        </w:rPr>
        <w:t>6. For the main point of entry, siblings of children attending the school or an applicable linked primary school in Years R–5 at the time allocations are made, who are expected to remain on roll at the time of proposed admission, or who have already been offered a place to start in the current academic year.</w:t>
      </w:r>
    </w:p>
    <w:p w:rsidR="00790AEC" w:rsidRPr="00302C2C" w:rsidRDefault="00CE631C">
      <w:pPr>
        <w:pStyle w:val="ListBullet"/>
        <w:spacing w:after="40"/>
        <w:rPr>
          <w:rFonts w:asciiTheme="majorHAnsi" w:hAnsiTheme="majorHAnsi" w:cstheme="majorHAnsi"/>
          <w:sz w:val="24"/>
          <w:szCs w:val="24"/>
        </w:rPr>
      </w:pPr>
      <w:r w:rsidRPr="00302C2C">
        <w:rPr>
          <w:rFonts w:asciiTheme="majorHAnsi" w:hAnsiTheme="majorHAnsi" w:cstheme="majorHAnsi"/>
          <w:sz w:val="24"/>
          <w:szCs w:val="24"/>
        </w:rPr>
        <w:t>7. Any remaining places are offered in distance order, using the straight-line distance between the child’s normal home address and the school’s nearest open entrance gate, with the closest first.</w:t>
      </w:r>
    </w:p>
    <w:p w:rsidR="00790AEC" w:rsidRPr="00302C2C" w:rsidRDefault="00CE631C">
      <w:pPr>
        <w:pStyle w:val="Heading1"/>
        <w:rPr>
          <w:rFonts w:cstheme="majorHAnsi"/>
          <w:sz w:val="24"/>
          <w:szCs w:val="24"/>
        </w:rPr>
      </w:pPr>
      <w:r w:rsidRPr="00302C2C">
        <w:rPr>
          <w:rFonts w:cstheme="majorHAnsi"/>
          <w:sz w:val="24"/>
          <w:szCs w:val="24"/>
        </w:rPr>
        <w:t>Appendix 2 – In-year oversubscription criteria</w:t>
      </w:r>
    </w:p>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For immediate in-year admission after the normal point of entry, after children with an EHC Plan naming the school have been admitted, the following criteria apply:</w:t>
      </w:r>
    </w:p>
    <w:p w:rsidR="00790AEC" w:rsidRPr="00302C2C" w:rsidRDefault="00CE631C">
      <w:pPr>
        <w:pStyle w:val="ListBullet"/>
        <w:spacing w:after="40"/>
        <w:rPr>
          <w:rFonts w:asciiTheme="majorHAnsi" w:hAnsiTheme="majorHAnsi" w:cstheme="majorHAnsi"/>
          <w:sz w:val="24"/>
          <w:szCs w:val="24"/>
        </w:rPr>
      </w:pPr>
      <w:r w:rsidRPr="00302C2C">
        <w:rPr>
          <w:rFonts w:asciiTheme="majorHAnsi" w:hAnsiTheme="majorHAnsi" w:cstheme="majorHAnsi"/>
          <w:sz w:val="24"/>
          <w:szCs w:val="24"/>
        </w:rPr>
        <w:t>1. Looked after and previously looked after children.</w:t>
      </w:r>
    </w:p>
    <w:p w:rsidR="00790AEC" w:rsidRPr="00302C2C" w:rsidRDefault="00CE631C">
      <w:pPr>
        <w:pStyle w:val="ListBullet"/>
        <w:spacing w:after="40"/>
        <w:rPr>
          <w:rFonts w:asciiTheme="majorHAnsi" w:hAnsiTheme="majorHAnsi" w:cstheme="majorHAnsi"/>
          <w:sz w:val="24"/>
          <w:szCs w:val="24"/>
        </w:rPr>
      </w:pPr>
      <w:r w:rsidRPr="00302C2C">
        <w:rPr>
          <w:rFonts w:asciiTheme="majorHAnsi" w:hAnsiTheme="majorHAnsi" w:cstheme="majorHAnsi"/>
          <w:sz w:val="24"/>
          <w:szCs w:val="24"/>
        </w:rPr>
        <w:t>2. Children who have exceptional medical or social needs which can only be met at the school, supported by written evidence from an appropriate professional person.</w:t>
      </w:r>
    </w:p>
    <w:p w:rsidR="00790AEC" w:rsidRPr="00302C2C" w:rsidRDefault="00CE631C">
      <w:pPr>
        <w:pStyle w:val="ListBullet"/>
        <w:spacing w:after="40"/>
        <w:rPr>
          <w:rFonts w:asciiTheme="majorHAnsi" w:hAnsiTheme="majorHAnsi" w:cstheme="majorHAnsi"/>
          <w:sz w:val="24"/>
          <w:szCs w:val="24"/>
        </w:rPr>
      </w:pPr>
      <w:r w:rsidRPr="00302C2C">
        <w:rPr>
          <w:rFonts w:asciiTheme="majorHAnsi" w:hAnsiTheme="majorHAnsi" w:cstheme="majorHAnsi"/>
          <w:sz w:val="24"/>
          <w:szCs w:val="24"/>
        </w:rPr>
        <w:t>3. Children of staff meeting the published staff criterion.</w:t>
      </w:r>
    </w:p>
    <w:p w:rsidR="00790AEC" w:rsidRPr="00302C2C" w:rsidRDefault="00CE631C">
      <w:pPr>
        <w:pStyle w:val="ListBullet"/>
        <w:spacing w:after="40"/>
        <w:rPr>
          <w:rFonts w:asciiTheme="majorHAnsi" w:hAnsiTheme="majorHAnsi" w:cstheme="majorHAnsi"/>
          <w:sz w:val="24"/>
          <w:szCs w:val="24"/>
        </w:rPr>
      </w:pPr>
      <w:r w:rsidRPr="00302C2C">
        <w:rPr>
          <w:rFonts w:asciiTheme="majorHAnsi" w:hAnsiTheme="majorHAnsi" w:cstheme="majorHAnsi"/>
          <w:sz w:val="24"/>
          <w:szCs w:val="24"/>
        </w:rPr>
        <w:t>4. Children attending an applicable linked primary school.</w:t>
      </w:r>
    </w:p>
    <w:p w:rsidR="00790AEC" w:rsidRPr="00302C2C" w:rsidRDefault="00CE631C">
      <w:pPr>
        <w:pStyle w:val="ListBullet"/>
        <w:spacing w:after="40"/>
        <w:rPr>
          <w:rFonts w:asciiTheme="majorHAnsi" w:hAnsiTheme="majorHAnsi" w:cstheme="majorHAnsi"/>
          <w:sz w:val="24"/>
          <w:szCs w:val="24"/>
        </w:rPr>
      </w:pPr>
      <w:r w:rsidRPr="00302C2C">
        <w:rPr>
          <w:rFonts w:asciiTheme="majorHAnsi" w:hAnsiTheme="majorHAnsi" w:cstheme="majorHAnsi"/>
          <w:sz w:val="24"/>
          <w:szCs w:val="24"/>
        </w:rPr>
        <w:t>5. Children living within the catchment area of the school.</w:t>
      </w:r>
    </w:p>
    <w:p w:rsidR="00790AEC" w:rsidRPr="00302C2C" w:rsidRDefault="00CE631C">
      <w:pPr>
        <w:pStyle w:val="ListBullet"/>
        <w:spacing w:after="40"/>
        <w:rPr>
          <w:rFonts w:asciiTheme="majorHAnsi" w:hAnsiTheme="majorHAnsi" w:cstheme="majorHAnsi"/>
          <w:sz w:val="24"/>
          <w:szCs w:val="24"/>
        </w:rPr>
      </w:pPr>
      <w:r w:rsidRPr="00302C2C">
        <w:rPr>
          <w:rFonts w:asciiTheme="majorHAnsi" w:hAnsiTheme="majorHAnsi" w:cstheme="majorHAnsi"/>
          <w:sz w:val="24"/>
          <w:szCs w:val="24"/>
        </w:rPr>
        <w:t>6. Siblings of children who are in Years R–6 at the time of admission.</w:t>
      </w:r>
    </w:p>
    <w:p w:rsidR="00790AEC" w:rsidRPr="00302C2C" w:rsidRDefault="00CE631C">
      <w:pPr>
        <w:pStyle w:val="ListBullet"/>
        <w:spacing w:after="40"/>
        <w:rPr>
          <w:rFonts w:asciiTheme="majorHAnsi" w:hAnsiTheme="majorHAnsi" w:cstheme="majorHAnsi"/>
          <w:sz w:val="24"/>
          <w:szCs w:val="24"/>
        </w:rPr>
      </w:pPr>
      <w:r w:rsidRPr="00302C2C">
        <w:rPr>
          <w:rFonts w:asciiTheme="majorHAnsi" w:hAnsiTheme="majorHAnsi" w:cstheme="majorHAnsi"/>
          <w:sz w:val="24"/>
          <w:szCs w:val="24"/>
        </w:rPr>
        <w:t>7. Any remaining places are offered in distance order, using straight-line distance between the normal home address and the school’s nearest open entrance gate.</w:t>
      </w:r>
    </w:p>
    <w:p w:rsidR="00302C2C" w:rsidRPr="00302C2C" w:rsidRDefault="00CE631C" w:rsidP="00302C2C">
      <w:pPr>
        <w:pStyle w:val="Heading1"/>
        <w:rPr>
          <w:rFonts w:cstheme="majorHAnsi"/>
          <w:sz w:val="24"/>
          <w:szCs w:val="24"/>
        </w:rPr>
      </w:pPr>
      <w:r w:rsidRPr="00302C2C">
        <w:rPr>
          <w:rFonts w:cstheme="majorHAnsi"/>
          <w:sz w:val="24"/>
          <w:szCs w:val="24"/>
        </w:rPr>
        <w:t>Appendix 3 – Buckinghamshire Council document</w:t>
      </w:r>
      <w:r w:rsidR="00302C2C">
        <w:rPr>
          <w:rFonts w:cstheme="majorHAnsi"/>
          <w:sz w:val="24"/>
          <w:szCs w:val="24"/>
        </w:rPr>
        <w:t>s</w:t>
      </w:r>
    </w:p>
    <w:p w:rsidR="00302C2C" w:rsidRDefault="0013115D" w:rsidP="00302C2C">
      <w:pPr>
        <w:numPr>
          <w:ilvl w:val="0"/>
          <w:numId w:val="11"/>
        </w:numPr>
        <w:spacing w:before="100" w:beforeAutospacing="1" w:after="100" w:afterAutospacing="1" w:line="240" w:lineRule="auto"/>
      </w:pPr>
      <w:hyperlink r:id="rId10" w:tgtFrame="_blank" w:history="1">
        <w:r w:rsidR="00302C2C">
          <w:rPr>
            <w:rStyle w:val="Hyperlink"/>
          </w:rPr>
          <w:t>Buckinghamshire Council – Primary Community and Voluntary Controlled Schools Admissions Policy September 2026</w:t>
        </w:r>
      </w:hyperlink>
      <w:r w:rsidR="00302C2C">
        <w:t xml:space="preserve"> </w:t>
      </w:r>
    </w:p>
    <w:p w:rsidR="00302C2C" w:rsidRDefault="0013115D" w:rsidP="00302C2C">
      <w:pPr>
        <w:numPr>
          <w:ilvl w:val="0"/>
          <w:numId w:val="11"/>
        </w:numPr>
        <w:spacing w:before="100" w:beforeAutospacing="1" w:after="100" w:afterAutospacing="1" w:line="240" w:lineRule="auto"/>
      </w:pPr>
      <w:hyperlink r:id="rId11" w:tgtFrame="_blank" w:history="1">
        <w:r w:rsidR="00302C2C">
          <w:rPr>
            <w:rStyle w:val="Hyperlink"/>
          </w:rPr>
          <w:t>Buckinghamshire Council – Coordinated Admissions Scheme September 2026</w:t>
        </w:r>
      </w:hyperlink>
      <w:r w:rsidR="00302C2C">
        <w:t xml:space="preserve"> </w:t>
      </w:r>
    </w:p>
    <w:p w:rsidR="00302C2C" w:rsidRDefault="0013115D" w:rsidP="00302C2C">
      <w:pPr>
        <w:numPr>
          <w:ilvl w:val="0"/>
          <w:numId w:val="11"/>
        </w:numPr>
        <w:spacing w:before="100" w:beforeAutospacing="1" w:after="100" w:afterAutospacing="1" w:line="240" w:lineRule="auto"/>
      </w:pPr>
      <w:hyperlink r:id="rId12" w:tgtFrame="_blank" w:history="1">
        <w:r w:rsidR="00302C2C">
          <w:rPr>
            <w:rStyle w:val="Hyperlink"/>
          </w:rPr>
          <w:t>Buckinghamshire Council – Guide to starting school or moving up to junior school</w:t>
        </w:r>
      </w:hyperlink>
      <w:r w:rsidR="00302C2C">
        <w:t xml:space="preserve"> </w:t>
      </w:r>
    </w:p>
    <w:p w:rsidR="00302C2C" w:rsidRDefault="0013115D" w:rsidP="00302C2C">
      <w:pPr>
        <w:numPr>
          <w:ilvl w:val="0"/>
          <w:numId w:val="11"/>
        </w:numPr>
        <w:spacing w:before="100" w:beforeAutospacing="1" w:after="100" w:afterAutospacing="1" w:line="240" w:lineRule="auto"/>
      </w:pPr>
      <w:hyperlink r:id="rId13" w:tgtFrame="_blank" w:history="1">
        <w:r w:rsidR="00302C2C">
          <w:rPr>
            <w:rStyle w:val="Hyperlink"/>
          </w:rPr>
          <w:t>Buckinghamshire Council – Random Allocation Procedure</w:t>
        </w:r>
      </w:hyperlink>
      <w:r w:rsidR="00302C2C">
        <w:t xml:space="preserve"> </w:t>
      </w:r>
    </w:p>
    <w:p w:rsidR="00302C2C" w:rsidRDefault="0013115D" w:rsidP="00302C2C">
      <w:pPr>
        <w:numPr>
          <w:ilvl w:val="0"/>
          <w:numId w:val="11"/>
        </w:numPr>
        <w:spacing w:before="100" w:beforeAutospacing="1" w:after="100" w:afterAutospacing="1" w:line="240" w:lineRule="auto"/>
      </w:pPr>
      <w:hyperlink r:id="rId14" w:tgtFrame="_blank" w:history="1">
        <w:r w:rsidR="00302C2C">
          <w:rPr>
            <w:rStyle w:val="Hyperlink"/>
          </w:rPr>
          <w:t>Department for Education – School Admissions Code</w:t>
        </w:r>
      </w:hyperlink>
      <w:r w:rsidR="00302C2C">
        <w:t xml:space="preserve"> </w:t>
      </w:r>
    </w:p>
    <w:p w:rsidR="00302C2C" w:rsidRDefault="0013115D" w:rsidP="00302C2C">
      <w:pPr>
        <w:numPr>
          <w:ilvl w:val="0"/>
          <w:numId w:val="11"/>
        </w:numPr>
        <w:spacing w:before="100" w:beforeAutospacing="1" w:after="100" w:afterAutospacing="1" w:line="240" w:lineRule="auto"/>
      </w:pPr>
      <w:hyperlink r:id="rId15" w:tgtFrame="_blank" w:history="1">
        <w:r w:rsidR="00302C2C">
          <w:rPr>
            <w:rStyle w:val="Hyperlink"/>
          </w:rPr>
          <w:t>Department for Education – School Admission Appeals Code</w:t>
        </w:r>
      </w:hyperlink>
    </w:p>
    <w:p w:rsidR="00790AEC" w:rsidRPr="00302C2C" w:rsidRDefault="00CE631C">
      <w:pPr>
        <w:pStyle w:val="Heading1"/>
        <w:rPr>
          <w:rFonts w:cstheme="majorHAnsi"/>
          <w:sz w:val="24"/>
          <w:szCs w:val="24"/>
        </w:rPr>
      </w:pPr>
      <w:r w:rsidRPr="00302C2C">
        <w:rPr>
          <w:rFonts w:cstheme="majorHAnsi"/>
          <w:sz w:val="24"/>
          <w:szCs w:val="24"/>
        </w:rPr>
        <w:t>Appendix 4 – School information</w:t>
      </w:r>
    </w:p>
    <w:tbl>
      <w:tblPr>
        <w:tblStyle w:val="TableGrid"/>
        <w:tblW w:w="0" w:type="auto"/>
        <w:tblLook w:val="04A0" w:firstRow="1" w:lastRow="0" w:firstColumn="1" w:lastColumn="0" w:noHBand="0" w:noVBand="1"/>
      </w:tblPr>
      <w:tblGrid>
        <w:gridCol w:w="4963"/>
        <w:gridCol w:w="4963"/>
      </w:tblGrid>
      <w:tr w:rsidR="00790AEC" w:rsidRPr="00302C2C">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b/>
                <w:sz w:val="24"/>
                <w:szCs w:val="24"/>
              </w:rPr>
              <w:t>Item</w:t>
            </w:r>
          </w:p>
        </w:tc>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b/>
                <w:sz w:val="24"/>
                <w:szCs w:val="24"/>
              </w:rPr>
              <w:t>Information</w:t>
            </w:r>
          </w:p>
        </w:tc>
      </w:tr>
      <w:tr w:rsidR="00790AEC" w:rsidRPr="00302C2C">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School</w:t>
            </w:r>
          </w:p>
        </w:tc>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Stoke Mandeville Combined School</w:t>
            </w:r>
          </w:p>
        </w:tc>
      </w:tr>
      <w:tr w:rsidR="00790AEC" w:rsidRPr="00302C2C">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Address</w:t>
            </w:r>
          </w:p>
        </w:tc>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Lower Road, Stoke Mandeville, Aylesbury, HP22 5XA</w:t>
            </w:r>
          </w:p>
        </w:tc>
      </w:tr>
      <w:tr w:rsidR="00790AEC" w:rsidRPr="00302C2C">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Reception PAN for September 2026</w:t>
            </w:r>
          </w:p>
        </w:tc>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30</w:t>
            </w:r>
          </w:p>
        </w:tc>
      </w:tr>
      <w:tr w:rsidR="00790AEC" w:rsidRPr="00302C2C">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lastRenderedPageBreak/>
              <w:t>School type</w:t>
            </w:r>
          </w:p>
        </w:tc>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Maintained combined school</w:t>
            </w:r>
          </w:p>
        </w:tc>
      </w:tr>
      <w:tr w:rsidR="00790AEC" w:rsidRPr="00302C2C">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Admission authority</w:t>
            </w:r>
          </w:p>
        </w:tc>
        <w:tc>
          <w:tcPr>
            <w:tcW w:w="4968" w:type="dxa"/>
          </w:tcPr>
          <w:p w:rsidR="00790AEC" w:rsidRPr="00302C2C" w:rsidRDefault="00CE631C">
            <w:pPr>
              <w:rPr>
                <w:rFonts w:asciiTheme="majorHAnsi" w:hAnsiTheme="majorHAnsi" w:cstheme="majorHAnsi"/>
                <w:sz w:val="24"/>
                <w:szCs w:val="24"/>
              </w:rPr>
            </w:pPr>
            <w:r w:rsidRPr="00302C2C">
              <w:rPr>
                <w:rFonts w:asciiTheme="majorHAnsi" w:hAnsiTheme="majorHAnsi" w:cstheme="majorHAnsi"/>
                <w:sz w:val="24"/>
                <w:szCs w:val="24"/>
              </w:rPr>
              <w:t>Buckinghamshire Council</w:t>
            </w:r>
          </w:p>
        </w:tc>
      </w:tr>
    </w:tbl>
    <w:p w:rsidR="00790AEC" w:rsidRPr="00302C2C" w:rsidRDefault="00790AEC">
      <w:pPr>
        <w:rPr>
          <w:rFonts w:asciiTheme="majorHAnsi" w:hAnsiTheme="majorHAnsi" w:cstheme="majorHAnsi"/>
          <w:sz w:val="24"/>
          <w:szCs w:val="24"/>
        </w:rPr>
      </w:pPr>
    </w:p>
    <w:p w:rsidR="00790AEC" w:rsidRPr="00302C2C" w:rsidRDefault="00790AEC">
      <w:pPr>
        <w:rPr>
          <w:rFonts w:asciiTheme="majorHAnsi" w:hAnsiTheme="majorHAnsi" w:cstheme="majorHAnsi"/>
          <w:sz w:val="24"/>
          <w:szCs w:val="24"/>
        </w:rPr>
      </w:pPr>
    </w:p>
    <w:sectPr w:rsidR="00790AEC" w:rsidRPr="00302C2C" w:rsidSect="00034616">
      <w:footerReference w:type="default" r:id="rId16"/>
      <w:pgSz w:w="12240" w:h="15840"/>
      <w:pgMar w:top="1080" w:right="1152" w:bottom="108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115D" w:rsidRDefault="0013115D">
      <w:pPr>
        <w:spacing w:after="0" w:line="240" w:lineRule="auto"/>
      </w:pPr>
      <w:r>
        <w:separator/>
      </w:r>
    </w:p>
  </w:endnote>
  <w:endnote w:type="continuationSeparator" w:id="0">
    <w:p w:rsidR="0013115D" w:rsidRDefault="00131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0AEC" w:rsidRDefault="00CE631C">
    <w:pPr>
      <w:pStyle w:val="Footer"/>
      <w:jc w:val="center"/>
    </w:pPr>
    <w:r>
      <w:rPr>
        <w:sz w:val="18"/>
      </w:rPr>
      <w:t>Stoke Mandeville Combined School – Admissions Policy 2026–2027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115D" w:rsidRDefault="0013115D">
      <w:pPr>
        <w:spacing w:after="0" w:line="240" w:lineRule="auto"/>
      </w:pPr>
      <w:r>
        <w:separator/>
      </w:r>
    </w:p>
  </w:footnote>
  <w:footnote w:type="continuationSeparator" w:id="0">
    <w:p w:rsidR="0013115D" w:rsidRDefault="001311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70AFBB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BBE6F35"/>
    <w:multiLevelType w:val="hybridMultilevel"/>
    <w:tmpl w:val="846CAC2C"/>
    <w:lvl w:ilvl="0" w:tplc="EE446D0A">
      <w:start w:val="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3E6333"/>
    <w:multiLevelType w:val="multilevel"/>
    <w:tmpl w:val="B1C6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3115D"/>
    <w:rsid w:val="0015074B"/>
    <w:rsid w:val="0029639D"/>
    <w:rsid w:val="00302C2C"/>
    <w:rsid w:val="00326F90"/>
    <w:rsid w:val="00535C6D"/>
    <w:rsid w:val="006216ED"/>
    <w:rsid w:val="00790AEC"/>
    <w:rsid w:val="00AA1D8D"/>
    <w:rsid w:val="00B47730"/>
    <w:rsid w:val="00B47BF8"/>
    <w:rsid w:val="00CB0664"/>
    <w:rsid w:val="00CE631C"/>
    <w:rsid w:val="00E534E7"/>
    <w:rsid w:val="00F51A2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78A30A"/>
  <w14:defaultImageDpi w14:val="300"/>
  <w15:docId w15:val="{4754A2C0-2C01-416B-9859-935DA1404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Calibri" w:eastAsia="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contents">
    <w:name w:val="contents"/>
    <w:basedOn w:val="DefaultParagraphFont"/>
    <w:rsid w:val="00302C2C"/>
  </w:style>
  <w:style w:type="character" w:styleId="Hyperlink">
    <w:name w:val="Hyperlink"/>
    <w:basedOn w:val="DefaultParagraphFont"/>
    <w:uiPriority w:val="99"/>
    <w:semiHidden/>
    <w:unhideWhenUsed/>
    <w:rsid w:val="00302C2C"/>
    <w:rPr>
      <w:color w:val="0000FF"/>
      <w:u w:val="single"/>
    </w:rPr>
  </w:style>
  <w:style w:type="paragraph" w:customStyle="1" w:styleId="1bodycopy10pt">
    <w:name w:val="1 body copy 10pt"/>
    <w:basedOn w:val="Normal"/>
    <w:link w:val="1bodycopy10ptChar"/>
    <w:qFormat/>
    <w:rsid w:val="00F51A2E"/>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F51A2E"/>
    <w:rPr>
      <w:rFonts w:ascii="Arial" w:eastAsia="MS Mincho" w:hAnsi="Arial"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3565995">
      <w:bodyDiv w:val="1"/>
      <w:marLeft w:val="0"/>
      <w:marRight w:val="0"/>
      <w:marTop w:val="0"/>
      <w:marBottom w:val="0"/>
      <w:divBdr>
        <w:top w:val="none" w:sz="0" w:space="0" w:color="auto"/>
        <w:left w:val="none" w:sz="0" w:space="0" w:color="auto"/>
        <w:bottom w:val="none" w:sz="0" w:space="0" w:color="auto"/>
        <w:right w:val="none" w:sz="0" w:space="0" w:color="auto"/>
      </w:divBdr>
    </w:div>
    <w:div w:id="192973395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uckinghamshire.gov.uk/schools-libraries-and-parks/school-admissions-and-appeals/school-admissions-policies/random-allocation-procedure/?utm_source=chatgpt.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uckinghamshire.gov.uk/schools-libraries-and-parks/school-admissions-and-appeals/guides-and-policies/guide-to-starting-school-or-moving-up-to-junior-school/?utm_source=chatgpt.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ckinghamshire.gov.uk/schools-libraries-and-parks/school-admissions-and-appeals/school-admissions-policies/coordinated-admissions-scheme-september-2026/?utm_source=chatgpt.com" TargetMode="External"/><Relationship Id="rId5" Type="http://schemas.openxmlformats.org/officeDocument/2006/relationships/webSettings" Target="webSettings.xml"/><Relationship Id="rId15" Type="http://schemas.openxmlformats.org/officeDocument/2006/relationships/hyperlink" Target="https://www.gov.uk/government/publications/school-admissions-appeals-code?utm_source=chatgpt.com" TargetMode="External"/><Relationship Id="rId10" Type="http://schemas.openxmlformats.org/officeDocument/2006/relationships/hyperlink" Target="https://www.buckinghamshire.gov.uk/schools-libraries-and-parks/school-admissions-and-appeals/school-admissions-policies/primary-community-and-voluntary-controlled-schools-admissions-policy-september-2026/?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school-admissions-code--2?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388C3-9235-4A56-BB3D-839301F25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2212</Words>
  <Characters>12613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14796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Hannah Jones</cp:lastModifiedBy>
  <cp:revision>6</cp:revision>
  <dcterms:created xsi:type="dcterms:W3CDTF">2026-10-01T14:22:00Z</dcterms:created>
  <dcterms:modified xsi:type="dcterms:W3CDTF">2026-10-06T08:01:00Z</dcterms:modified>
  <cp:category/>
</cp:coreProperties>
</file>