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6B9" w:rsidRDefault="007366B9">
      <w:pPr>
        <w:pStyle w:val="Heading1"/>
      </w:pPr>
    </w:p>
    <w:p w:rsidR="007366B9" w:rsidRDefault="007366B9" w:rsidP="007366B9">
      <w:pPr>
        <w:pStyle w:val="1bodycopy10pt"/>
      </w:pPr>
    </w:p>
    <w:p w:rsidR="007366B9" w:rsidRDefault="007366B9" w:rsidP="007366B9">
      <w:pPr>
        <w:pStyle w:val="1bodycopy10pt"/>
      </w:pPr>
      <w:r w:rsidRPr="00DF4E41">
        <w:rPr>
          <w:rFonts w:ascii="Calibri" w:hAnsi="Calibri" w:cs="Calibri"/>
          <w:b/>
          <w:noProof/>
        </w:rPr>
        <mc:AlternateContent>
          <mc:Choice Requires="wps">
            <w:drawing>
              <wp:anchor distT="45720" distB="45720" distL="114300" distR="114300" simplePos="0" relativeHeight="251659264" behindDoc="0" locked="0" layoutInCell="1" allowOverlap="1" wp14:anchorId="25DE9E54" wp14:editId="686CC618">
                <wp:simplePos x="0" y="0"/>
                <wp:positionH relativeFrom="margin">
                  <wp:align>center</wp:align>
                </wp:positionH>
                <wp:positionV relativeFrom="paragraph">
                  <wp:posOffset>89535</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8"/>
                          <a:stretch>
                            <a:fillRect/>
                          </a:stretch>
                        </a:blipFill>
                        <a:ln w="9525">
                          <a:noFill/>
                          <a:miter lim="800000"/>
                          <a:headEnd/>
                          <a:tailEnd/>
                        </a:ln>
                      </wps:spPr>
                      <wps:txbx>
                        <w:txbxContent>
                          <w:p w:rsidR="007366B9" w:rsidRDefault="007366B9" w:rsidP="007366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DE9E54" id="_x0000_t202" coordsize="21600,21600" o:spt="202" path="m,l,21600r21600,l21600,xe">
                <v:stroke joinstyle="miter"/>
                <v:path gradientshapeok="t" o:connecttype="rect"/>
              </v:shapetype>
              <v:shape id="Text Box 2" o:spid="_x0000_s1026" type="#_x0000_t202" style="position:absolute;margin-left:0;margin-top:7.05pt;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" stroked="f">
                <v:fill r:id="rId9" o:title="" recolor="t" rotate="t" type="frame"/>
                <v:textbox>
                  <w:txbxContent>
                    <w:p w:rsidR="007366B9" w:rsidRDefault="007366B9" w:rsidP="007366B9"/>
                  </w:txbxContent>
                </v:textbox>
                <w10:wrap type="square" anchorx="margin"/>
              </v:shape>
            </w:pict>
          </mc:Fallback>
        </mc:AlternateContent>
      </w: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Default="007366B9" w:rsidP="007366B9">
      <w:pPr>
        <w:pStyle w:val="1bodycopy10pt"/>
      </w:pPr>
    </w:p>
    <w:p w:rsidR="007366B9" w:rsidRPr="00880B93" w:rsidRDefault="007366B9" w:rsidP="007366B9">
      <w:pPr>
        <w:jc w:val="center"/>
        <w:rPr>
          <w:rFonts w:ascii="Calibri" w:hAnsi="Calibri" w:cs="Calibri"/>
          <w:b/>
          <w:sz w:val="56"/>
          <w:szCs w:val="56"/>
        </w:rPr>
      </w:pPr>
      <w:r w:rsidRPr="00880B93">
        <w:rPr>
          <w:rFonts w:ascii="Calibri" w:hAnsi="Calibri" w:cs="Calibri"/>
          <w:b/>
          <w:sz w:val="56"/>
          <w:szCs w:val="56"/>
        </w:rPr>
        <w:t xml:space="preserve">Stoke Mandeville Combined School </w:t>
      </w:r>
    </w:p>
    <w:p w:rsidR="007366B9" w:rsidRPr="00880B93" w:rsidRDefault="007366B9" w:rsidP="007366B9">
      <w:pPr>
        <w:jc w:val="center"/>
        <w:rPr>
          <w:rFonts w:ascii="Calibri" w:hAnsi="Calibri" w:cs="Calibri"/>
          <w:b/>
          <w:sz w:val="56"/>
          <w:szCs w:val="56"/>
        </w:rPr>
      </w:pPr>
      <w:r w:rsidRPr="00880B93">
        <w:rPr>
          <w:rFonts w:ascii="Calibri" w:hAnsi="Calibri" w:cs="Calibri"/>
          <w:b/>
          <w:sz w:val="56"/>
          <w:szCs w:val="56"/>
        </w:rPr>
        <w:t>Governing Board</w:t>
      </w:r>
    </w:p>
    <w:p w:rsidR="007366B9" w:rsidRPr="007366B9" w:rsidRDefault="007366B9" w:rsidP="007366B9">
      <w:pPr>
        <w:spacing w:after="0"/>
        <w:jc w:val="center"/>
        <w:rPr>
          <w:rFonts w:ascii="Calibri" w:eastAsia="Times New Roman" w:hAnsi="Calibri" w:cs="Calibri"/>
          <w:b/>
          <w:color w:val="000000"/>
          <w:sz w:val="72"/>
          <w:szCs w:val="72"/>
        </w:rPr>
      </w:pPr>
    </w:p>
    <w:p w:rsidR="007366B9" w:rsidRPr="007366B9" w:rsidRDefault="007366B9" w:rsidP="007366B9">
      <w:pPr>
        <w:spacing w:after="0"/>
        <w:jc w:val="center"/>
        <w:rPr>
          <w:rFonts w:ascii="Calibri" w:eastAsia="Times New Roman" w:hAnsi="Calibri" w:cs="Calibri"/>
          <w:b/>
          <w:color w:val="000000"/>
          <w:sz w:val="56"/>
          <w:szCs w:val="56"/>
        </w:rPr>
      </w:pPr>
      <w:r w:rsidRPr="007366B9">
        <w:rPr>
          <w:rFonts w:ascii="Calibri" w:eastAsia="Times New Roman" w:hAnsi="Calibri" w:cs="Calibri"/>
          <w:b/>
          <w:color w:val="000000"/>
          <w:sz w:val="56"/>
          <w:szCs w:val="56"/>
        </w:rPr>
        <w:t>A</w:t>
      </w:r>
      <w:r>
        <w:rPr>
          <w:rFonts w:ascii="Calibri" w:eastAsia="Times New Roman" w:hAnsi="Calibri" w:cs="Calibri"/>
          <w:b/>
          <w:color w:val="000000"/>
          <w:sz w:val="56"/>
          <w:szCs w:val="56"/>
        </w:rPr>
        <w:t>ccessibility Plan</w:t>
      </w:r>
    </w:p>
    <w:p w:rsidR="007366B9" w:rsidRPr="007366B9" w:rsidRDefault="007366B9" w:rsidP="007366B9">
      <w:pPr>
        <w:spacing w:after="0"/>
        <w:jc w:val="center"/>
        <w:rPr>
          <w:rFonts w:ascii="Calibri" w:eastAsia="Times New Roman" w:hAnsi="Calibri" w:cs="Calibri"/>
          <w:b/>
          <w:color w:val="000000"/>
          <w:sz w:val="48"/>
          <w:szCs w:val="72"/>
        </w:rPr>
      </w:pPr>
      <w:r>
        <w:rPr>
          <w:rFonts w:ascii="Calibri" w:eastAsia="Times New Roman" w:hAnsi="Calibri" w:cs="Calibri"/>
          <w:b/>
          <w:color w:val="000000"/>
          <w:sz w:val="56"/>
          <w:szCs w:val="56"/>
        </w:rPr>
        <w:t>Octo</w:t>
      </w:r>
      <w:r w:rsidRPr="007366B9">
        <w:rPr>
          <w:rFonts w:ascii="Calibri" w:eastAsia="Times New Roman" w:hAnsi="Calibri" w:cs="Calibri"/>
          <w:b/>
          <w:color w:val="000000"/>
          <w:sz w:val="56"/>
          <w:szCs w:val="56"/>
        </w:rPr>
        <w:t>ber 2026</w:t>
      </w:r>
    </w:p>
    <w:p w:rsidR="007366B9" w:rsidRPr="007366B9" w:rsidRDefault="007366B9" w:rsidP="007366B9">
      <w:pPr>
        <w:spacing w:after="0"/>
        <w:jc w:val="center"/>
        <w:rPr>
          <w:rFonts w:ascii="Calibri" w:eastAsia="Times New Roman" w:hAnsi="Calibri" w:cs="Calibri"/>
          <w:b/>
          <w:color w:val="000000"/>
          <w:sz w:val="48"/>
          <w:szCs w:val="72"/>
        </w:rPr>
      </w:pPr>
    </w:p>
    <w:p w:rsidR="007366B9" w:rsidRPr="007366B9" w:rsidRDefault="007366B9" w:rsidP="007366B9">
      <w:pPr>
        <w:spacing w:after="0"/>
        <w:jc w:val="center"/>
        <w:rPr>
          <w:rFonts w:ascii="Calibri" w:eastAsia="Times New Roman" w:hAnsi="Calibri" w:cs="Calibri"/>
          <w:b/>
          <w:color w:val="000000"/>
          <w:sz w:val="48"/>
          <w:szCs w:val="72"/>
        </w:rPr>
      </w:pPr>
    </w:p>
    <w:p w:rsidR="007366B9" w:rsidRPr="007366B9" w:rsidRDefault="007366B9" w:rsidP="007366B9">
      <w:pPr>
        <w:spacing w:after="0"/>
        <w:rPr>
          <w:rFonts w:ascii="Calibri" w:hAnsi="Calibri" w:cs="Calibri"/>
          <w:b/>
          <w:sz w:val="24"/>
        </w:rPr>
      </w:pPr>
      <w:r w:rsidRPr="007366B9">
        <w:rPr>
          <w:rFonts w:ascii="Calibri" w:hAnsi="Calibri" w:cs="Calibri"/>
          <w:b/>
          <w:sz w:val="24"/>
        </w:rPr>
        <w:t>Adopted:  October 2026</w:t>
      </w:r>
    </w:p>
    <w:p w:rsidR="00BB752E" w:rsidRDefault="007366B9" w:rsidP="00BB752E">
      <w:pPr>
        <w:spacing w:after="0"/>
        <w:rPr>
          <w:rFonts w:ascii="Calibri" w:hAnsi="Calibri" w:cs="Calibri"/>
          <w:b/>
          <w:sz w:val="24"/>
        </w:rPr>
      </w:pPr>
      <w:r w:rsidRPr="007366B9">
        <w:rPr>
          <w:rFonts w:ascii="Calibri" w:hAnsi="Calibri" w:cs="Calibri"/>
          <w:b/>
          <w:sz w:val="24"/>
        </w:rPr>
        <w:t>Next Review Date:  September 202</w:t>
      </w:r>
      <w:r>
        <w:rPr>
          <w:rFonts w:ascii="Calibri" w:hAnsi="Calibri" w:cs="Calibri"/>
          <w:b/>
          <w:sz w:val="24"/>
        </w:rPr>
        <w:t>9</w:t>
      </w:r>
    </w:p>
    <w:p w:rsidR="00BB752E" w:rsidRDefault="00BB752E" w:rsidP="00BB752E">
      <w:pPr>
        <w:spacing w:after="0"/>
        <w:rPr>
          <w:rFonts w:asciiTheme="majorHAnsi" w:hAnsiTheme="majorHAnsi" w:cstheme="majorHAnsi"/>
          <w:sz w:val="24"/>
          <w:szCs w:val="24"/>
        </w:rPr>
      </w:pPr>
    </w:p>
    <w:p w:rsidR="00BB752E" w:rsidRDefault="00BB752E" w:rsidP="00BB752E">
      <w:pPr>
        <w:spacing w:after="0"/>
        <w:rPr>
          <w:rFonts w:asciiTheme="majorHAnsi" w:hAnsiTheme="majorHAnsi" w:cstheme="majorHAnsi"/>
          <w:sz w:val="24"/>
          <w:szCs w:val="24"/>
        </w:rPr>
      </w:pPr>
    </w:p>
    <w:p w:rsidR="005F6B92" w:rsidRPr="00BB752E" w:rsidRDefault="00AE0640" w:rsidP="00BB752E">
      <w:pPr>
        <w:spacing w:after="0"/>
        <w:rPr>
          <w:rFonts w:ascii="Calibri" w:hAnsi="Calibri" w:cs="Calibri"/>
          <w:b/>
          <w:color w:val="4F81BD" w:themeColor="accent1"/>
          <w:sz w:val="24"/>
        </w:rPr>
      </w:pPr>
      <w:r w:rsidRPr="00BB752E">
        <w:rPr>
          <w:rFonts w:asciiTheme="majorHAnsi" w:hAnsiTheme="majorHAnsi" w:cstheme="majorHAnsi"/>
          <w:b/>
          <w:color w:val="4F81BD" w:themeColor="accent1"/>
          <w:sz w:val="24"/>
          <w:szCs w:val="24"/>
        </w:rPr>
        <w:lastRenderedPageBreak/>
        <w:t>1. Introduction</w:t>
      </w:r>
      <w:r w:rsidRPr="00BB752E">
        <w:rPr>
          <w:rFonts w:ascii="Calibri" w:hAnsi="Calibri" w:cs="Calibri"/>
          <w:b/>
          <w:color w:val="4F81BD" w:themeColor="accent1"/>
          <w:sz w:val="24"/>
          <w:szCs w:val="24"/>
        </w:rPr>
        <w:t xml:space="preserve"> and purpose</w:t>
      </w:r>
    </w:p>
    <w:p w:rsidR="005F6B92" w:rsidRPr="007366B9" w:rsidRDefault="00AE0640">
      <w:pPr>
        <w:rPr>
          <w:rFonts w:ascii="Calibri" w:hAnsi="Calibri" w:cs="Calibri"/>
          <w:sz w:val="24"/>
          <w:szCs w:val="24"/>
        </w:rPr>
      </w:pPr>
      <w:r w:rsidRPr="007366B9">
        <w:rPr>
          <w:rFonts w:ascii="Calibri" w:hAnsi="Calibri" w:cs="Calibri"/>
          <w:sz w:val="24"/>
          <w:szCs w:val="24"/>
        </w:rPr>
        <w:t xml:space="preserve">Stoke Mandeville Combined School is committed to providing </w:t>
      </w:r>
      <w:r w:rsidRPr="007366B9">
        <w:rPr>
          <w:rFonts w:ascii="Calibri" w:hAnsi="Calibri" w:cs="Calibri"/>
          <w:sz w:val="24"/>
          <w:szCs w:val="24"/>
        </w:rPr>
        <w:t>an inclusive education and school environment where disabled pupils can participate fully in learning and in the wider life of the school. This Accessibility Plan sets out the steps the school will take to improve accessibility over the period October 2026</w:t>
      </w:r>
      <w:r w:rsidRPr="007366B9">
        <w:rPr>
          <w:rFonts w:ascii="Calibri" w:hAnsi="Calibri" w:cs="Calibri"/>
          <w:sz w:val="24"/>
          <w:szCs w:val="24"/>
        </w:rPr>
        <w:t xml:space="preserve"> to October 2029.</w:t>
      </w:r>
    </w:p>
    <w:p w:rsidR="005F6B92" w:rsidRPr="007366B9" w:rsidRDefault="00AE0640">
      <w:pPr>
        <w:rPr>
          <w:rFonts w:ascii="Calibri" w:hAnsi="Calibri" w:cs="Calibri"/>
          <w:sz w:val="24"/>
          <w:szCs w:val="24"/>
        </w:rPr>
      </w:pPr>
      <w:r w:rsidRPr="007366B9">
        <w:rPr>
          <w:rFonts w:ascii="Calibri" w:hAnsi="Calibri" w:cs="Calibri"/>
          <w:sz w:val="24"/>
          <w:szCs w:val="24"/>
        </w:rPr>
        <w:t>The plan is prepared in accordance with Schedule 10 of the Equality Act 2010 and addresses the three areas required by the legislation:</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increasing the extent to which disabled pupils can participate in the school curriculum;</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improving the</w:t>
      </w:r>
      <w:r w:rsidRPr="007366B9">
        <w:rPr>
          <w:rFonts w:ascii="Calibri" w:hAnsi="Calibri" w:cs="Calibri"/>
          <w:sz w:val="24"/>
          <w:szCs w:val="24"/>
        </w:rPr>
        <w:t xml:space="preserve"> physical environment of the schoo</w:t>
      </w:r>
      <w:bookmarkStart w:id="0" w:name="_GoBack"/>
      <w:bookmarkEnd w:id="0"/>
      <w:r w:rsidRPr="007366B9">
        <w:rPr>
          <w:rFonts w:ascii="Calibri" w:hAnsi="Calibri" w:cs="Calibri"/>
          <w:sz w:val="24"/>
          <w:szCs w:val="24"/>
        </w:rPr>
        <w:t>l to increase access for disabled pupils; and</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improving the delivery of information to disabled pupils in accessible formats and within a reasonable time.</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t>2. Legislation and guidance</w:t>
      </w:r>
    </w:p>
    <w:p w:rsidR="005F6B92" w:rsidRPr="007366B9" w:rsidRDefault="00AE0640">
      <w:pPr>
        <w:rPr>
          <w:rFonts w:ascii="Calibri" w:hAnsi="Calibri" w:cs="Calibri"/>
          <w:sz w:val="24"/>
          <w:szCs w:val="24"/>
        </w:rPr>
      </w:pPr>
      <w:r w:rsidRPr="007366B9">
        <w:rPr>
          <w:rFonts w:ascii="Calibri" w:hAnsi="Calibri" w:cs="Calibri"/>
          <w:sz w:val="24"/>
          <w:szCs w:val="24"/>
        </w:rPr>
        <w:t xml:space="preserve">This plan should be read alongside the </w:t>
      </w:r>
      <w:r w:rsidRPr="007366B9">
        <w:rPr>
          <w:rFonts w:ascii="Calibri" w:hAnsi="Calibri" w:cs="Calibri"/>
          <w:sz w:val="24"/>
          <w:szCs w:val="24"/>
        </w:rPr>
        <w:t>following legislation and statutory or departmental guidance. The links below are to the current official sources at the date of publication.</w:t>
      </w:r>
    </w:p>
    <w:p w:rsidR="005F6B92" w:rsidRPr="007366B9" w:rsidRDefault="00AE0640">
      <w:pPr>
        <w:pStyle w:val="ListBullet"/>
        <w:spacing w:after="40"/>
        <w:rPr>
          <w:rFonts w:ascii="Calibri" w:hAnsi="Calibri" w:cs="Calibri"/>
          <w:sz w:val="24"/>
          <w:szCs w:val="24"/>
        </w:rPr>
      </w:pPr>
      <w:hyperlink r:id="rId10">
        <w:r w:rsidRPr="007366B9">
          <w:rPr>
            <w:rFonts w:ascii="Calibri" w:hAnsi="Calibri" w:cs="Calibri"/>
            <w:color w:val="0563C1"/>
            <w:sz w:val="24"/>
            <w:szCs w:val="24"/>
            <w:u w:val="single"/>
          </w:rPr>
          <w:t>Equality Act 2010 – Schedule 10: Acces</w:t>
        </w:r>
        <w:r w:rsidRPr="007366B9">
          <w:rPr>
            <w:rFonts w:ascii="Calibri" w:hAnsi="Calibri" w:cs="Calibri"/>
            <w:color w:val="0563C1"/>
            <w:sz w:val="24"/>
            <w:szCs w:val="24"/>
            <w:u w:val="single"/>
          </w:rPr>
          <w:t>sibility for disabled pupils</w:t>
        </w:r>
      </w:hyperlink>
    </w:p>
    <w:p w:rsidR="005F6B92" w:rsidRPr="007366B9" w:rsidRDefault="00AE0640">
      <w:pPr>
        <w:pStyle w:val="ListBullet"/>
        <w:spacing w:after="40"/>
        <w:rPr>
          <w:rFonts w:ascii="Calibri" w:hAnsi="Calibri" w:cs="Calibri"/>
          <w:sz w:val="24"/>
          <w:szCs w:val="24"/>
        </w:rPr>
      </w:pPr>
      <w:hyperlink r:id="rId11">
        <w:r w:rsidRPr="007366B9">
          <w:rPr>
            <w:rFonts w:ascii="Calibri" w:hAnsi="Calibri" w:cs="Calibri"/>
            <w:color w:val="0563C1"/>
            <w:sz w:val="24"/>
            <w:szCs w:val="24"/>
            <w:u w:val="single"/>
          </w:rPr>
          <w:t>Equality Act 2010: advice for schools – Department for Education</w:t>
        </w:r>
      </w:hyperlink>
    </w:p>
    <w:p w:rsidR="005F6B92" w:rsidRPr="007366B9" w:rsidRDefault="00AE0640">
      <w:pPr>
        <w:pStyle w:val="ListBullet"/>
        <w:spacing w:after="40"/>
        <w:rPr>
          <w:rFonts w:ascii="Calibri" w:hAnsi="Calibri" w:cs="Calibri"/>
          <w:sz w:val="24"/>
          <w:szCs w:val="24"/>
        </w:rPr>
      </w:pPr>
      <w:hyperlink r:id="rId12">
        <w:r w:rsidRPr="007366B9">
          <w:rPr>
            <w:rFonts w:ascii="Calibri" w:hAnsi="Calibri" w:cs="Calibri"/>
            <w:color w:val="0563C1"/>
            <w:sz w:val="24"/>
            <w:szCs w:val="24"/>
            <w:u w:val="single"/>
          </w:rPr>
          <w:t>SEND Code of Practice: 0 to 25 years – Department for Education and Department of Health and Social Care</w:t>
        </w:r>
      </w:hyperlink>
    </w:p>
    <w:p w:rsidR="005F6B92" w:rsidRPr="007366B9" w:rsidRDefault="00AE0640">
      <w:pPr>
        <w:pStyle w:val="ListBullet"/>
        <w:spacing w:after="40"/>
        <w:rPr>
          <w:rFonts w:ascii="Calibri" w:hAnsi="Calibri" w:cs="Calibri"/>
          <w:sz w:val="24"/>
          <w:szCs w:val="24"/>
        </w:rPr>
      </w:pPr>
      <w:hyperlink r:id="rId13">
        <w:r w:rsidRPr="007366B9">
          <w:rPr>
            <w:rFonts w:ascii="Calibri" w:hAnsi="Calibri" w:cs="Calibri"/>
            <w:color w:val="0563C1"/>
            <w:sz w:val="24"/>
            <w:szCs w:val="24"/>
            <w:u w:val="single"/>
          </w:rPr>
          <w:t>Supporting pupils with medical conditions at school – Department for Education</w:t>
        </w:r>
      </w:hyperlink>
    </w:p>
    <w:p w:rsidR="005F6B92" w:rsidRPr="007366B9" w:rsidRDefault="00AE0640">
      <w:pPr>
        <w:pStyle w:val="ListBullet"/>
        <w:spacing w:after="40"/>
        <w:rPr>
          <w:rFonts w:ascii="Calibri" w:hAnsi="Calibri" w:cs="Calibri"/>
          <w:sz w:val="24"/>
          <w:szCs w:val="24"/>
        </w:rPr>
      </w:pPr>
      <w:hyperlink r:id="rId14">
        <w:r w:rsidRPr="007366B9">
          <w:rPr>
            <w:rFonts w:ascii="Calibri" w:hAnsi="Calibri" w:cs="Calibri"/>
            <w:color w:val="0563C1"/>
            <w:sz w:val="24"/>
            <w:szCs w:val="24"/>
            <w:u w:val="single"/>
          </w:rPr>
          <w:t>Allergy safety in schools – Department for Education</w:t>
        </w:r>
      </w:hyperlink>
    </w:p>
    <w:p w:rsidR="005F6B92" w:rsidRPr="007366B9" w:rsidRDefault="00AE0640">
      <w:pPr>
        <w:pStyle w:val="ListBullet"/>
        <w:spacing w:after="40"/>
        <w:rPr>
          <w:rFonts w:ascii="Calibri" w:hAnsi="Calibri" w:cs="Calibri"/>
          <w:sz w:val="24"/>
          <w:szCs w:val="24"/>
        </w:rPr>
      </w:pPr>
      <w:hyperlink r:id="rId15">
        <w:r w:rsidRPr="007366B9">
          <w:rPr>
            <w:rFonts w:ascii="Calibri" w:hAnsi="Calibri" w:cs="Calibri"/>
            <w:color w:val="0563C1"/>
            <w:sz w:val="24"/>
            <w:szCs w:val="24"/>
            <w:u w:val="single"/>
          </w:rPr>
          <w:t>What maintained schools must or should publish online – Department for Education</w:t>
        </w:r>
      </w:hyperlink>
    </w:p>
    <w:p w:rsidR="005F6B92" w:rsidRPr="007366B9" w:rsidRDefault="00AE0640">
      <w:pPr>
        <w:rPr>
          <w:rFonts w:ascii="Calibri" w:hAnsi="Calibri" w:cs="Calibri"/>
          <w:sz w:val="24"/>
          <w:szCs w:val="24"/>
        </w:rPr>
      </w:pPr>
      <w:r w:rsidRPr="007366B9">
        <w:rPr>
          <w:rFonts w:ascii="Calibri" w:hAnsi="Calibri" w:cs="Calibri"/>
          <w:sz w:val="24"/>
          <w:szCs w:val="24"/>
        </w:rPr>
        <w:t>The Equality Act 2010 requires the responsible body to keep the Accessibility Plan under review during the period to whi</w:t>
      </w:r>
      <w:r w:rsidRPr="007366B9">
        <w:rPr>
          <w:rFonts w:ascii="Calibri" w:hAnsi="Calibri" w:cs="Calibri"/>
          <w:sz w:val="24"/>
          <w:szCs w:val="24"/>
        </w:rPr>
        <w:t>ch it relates and, where necessary, revise it and implement it. The Department for Education's statutory-policies guidance identifies a three-year review cycle for Accessibility Plans.</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t>3. Definition of disability</w:t>
      </w:r>
    </w:p>
    <w:p w:rsidR="005F6B92" w:rsidRPr="007366B9" w:rsidRDefault="00AE0640">
      <w:pPr>
        <w:rPr>
          <w:rFonts w:ascii="Calibri" w:hAnsi="Calibri" w:cs="Calibri"/>
          <w:sz w:val="24"/>
          <w:szCs w:val="24"/>
        </w:rPr>
      </w:pPr>
      <w:r w:rsidRPr="007366B9">
        <w:rPr>
          <w:rFonts w:ascii="Calibri" w:hAnsi="Calibri" w:cs="Calibri"/>
          <w:sz w:val="24"/>
          <w:szCs w:val="24"/>
        </w:rPr>
        <w:t>Under the Equality Act 2010, a person is di</w:t>
      </w:r>
      <w:r w:rsidRPr="007366B9">
        <w:rPr>
          <w:rFonts w:ascii="Calibri" w:hAnsi="Calibri" w:cs="Calibri"/>
          <w:sz w:val="24"/>
          <w:szCs w:val="24"/>
        </w:rPr>
        <w:t>sabled if they have a physical or mental impairment that has a substantial and long-term adverse effect on their ability to carry out normal day-to-day activities.</w:t>
      </w:r>
    </w:p>
    <w:p w:rsidR="005F6B92" w:rsidRPr="007366B9" w:rsidRDefault="00AE0640">
      <w:pPr>
        <w:rPr>
          <w:rFonts w:ascii="Calibri" w:hAnsi="Calibri" w:cs="Calibri"/>
          <w:sz w:val="24"/>
          <w:szCs w:val="24"/>
        </w:rPr>
      </w:pPr>
      <w:r w:rsidRPr="007366B9">
        <w:rPr>
          <w:rFonts w:ascii="Calibri" w:hAnsi="Calibri" w:cs="Calibri"/>
          <w:sz w:val="24"/>
          <w:szCs w:val="24"/>
        </w:rPr>
        <w:t>This may include, for example:</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physical disabilities;</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sensory impairments, including hearing</w:t>
      </w:r>
      <w:r w:rsidRPr="007366B9">
        <w:rPr>
          <w:rFonts w:ascii="Calibri" w:hAnsi="Calibri" w:cs="Calibri"/>
          <w:sz w:val="24"/>
          <w:szCs w:val="24"/>
        </w:rPr>
        <w:t xml:space="preserve"> and visual impairment;</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learning disabilities;</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mental health conditions; and</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long-term medical conditions.</w:t>
      </w:r>
    </w:p>
    <w:p w:rsidR="005F6B92" w:rsidRPr="007366B9" w:rsidRDefault="00AE0640">
      <w:pPr>
        <w:rPr>
          <w:rFonts w:ascii="Calibri" w:hAnsi="Calibri" w:cs="Calibri"/>
          <w:sz w:val="24"/>
          <w:szCs w:val="24"/>
        </w:rPr>
      </w:pPr>
      <w:r w:rsidRPr="007366B9">
        <w:rPr>
          <w:rFonts w:ascii="Calibri" w:hAnsi="Calibri" w:cs="Calibri"/>
          <w:sz w:val="24"/>
          <w:szCs w:val="24"/>
        </w:rPr>
        <w:t>The plan considers the needs of disabled pupils and, where relevant, disabled parents/carers, staff and visitors.</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lastRenderedPageBreak/>
        <w:t>4. Current context</w:t>
      </w:r>
    </w:p>
    <w:p w:rsidR="005F6B92" w:rsidRPr="007366B9" w:rsidRDefault="00AE0640">
      <w:pPr>
        <w:rPr>
          <w:rFonts w:ascii="Calibri" w:hAnsi="Calibri" w:cs="Calibri"/>
          <w:sz w:val="24"/>
          <w:szCs w:val="24"/>
        </w:rPr>
      </w:pPr>
      <w:r w:rsidRPr="007366B9">
        <w:rPr>
          <w:rFonts w:ascii="Calibri" w:hAnsi="Calibri" w:cs="Calibri"/>
          <w:sz w:val="24"/>
          <w:szCs w:val="24"/>
        </w:rPr>
        <w:t>Stoke Mandeville</w:t>
      </w:r>
      <w:r w:rsidRPr="007366B9">
        <w:rPr>
          <w:rFonts w:ascii="Calibri" w:hAnsi="Calibri" w:cs="Calibri"/>
          <w:sz w:val="24"/>
          <w:szCs w:val="24"/>
        </w:rPr>
        <w:t xml:space="preserve"> Combined School is a one-form-entry primary school for pupils aged 5–11, with an Additional Resourced Provision (ARP) supporting children with hearing loss.</w:t>
      </w:r>
    </w:p>
    <w:p w:rsidR="005F6B92" w:rsidRPr="007366B9" w:rsidRDefault="00AE0640">
      <w:pPr>
        <w:rPr>
          <w:rFonts w:ascii="Calibri" w:hAnsi="Calibri" w:cs="Calibri"/>
          <w:sz w:val="24"/>
          <w:szCs w:val="24"/>
        </w:rPr>
      </w:pPr>
      <w:r w:rsidRPr="007366B9">
        <w:rPr>
          <w:rFonts w:ascii="Calibri" w:hAnsi="Calibri" w:cs="Calibri"/>
          <w:sz w:val="24"/>
          <w:szCs w:val="24"/>
        </w:rPr>
        <w:t>The school building and playground areas are accessible for wheelchair users. The school is single</w:t>
      </w:r>
      <w:r w:rsidRPr="007366B9">
        <w:rPr>
          <w:rFonts w:ascii="Calibri" w:hAnsi="Calibri" w:cs="Calibri"/>
          <w:sz w:val="24"/>
          <w:szCs w:val="24"/>
        </w:rPr>
        <w:t>-storey and therefore does not require lifts. Ramp access is available throughout the building. A disabled toilet facility is available and includes a changing table suitable for use up to Year 6.</w:t>
      </w:r>
    </w:p>
    <w:p w:rsidR="005F6B92" w:rsidRPr="007366B9" w:rsidRDefault="00AE0640">
      <w:pPr>
        <w:rPr>
          <w:rFonts w:ascii="Calibri" w:hAnsi="Calibri" w:cs="Calibri"/>
          <w:sz w:val="24"/>
          <w:szCs w:val="24"/>
        </w:rPr>
      </w:pPr>
      <w:r w:rsidRPr="007366B9">
        <w:rPr>
          <w:rFonts w:ascii="Calibri" w:hAnsi="Calibri" w:cs="Calibri"/>
          <w:sz w:val="24"/>
          <w:szCs w:val="24"/>
        </w:rPr>
        <w:t>The school supports pupils with a range of disabilities and</w:t>
      </w:r>
      <w:r w:rsidRPr="007366B9">
        <w:rPr>
          <w:rFonts w:ascii="Calibri" w:hAnsi="Calibri" w:cs="Calibri"/>
          <w:sz w:val="24"/>
          <w:szCs w:val="24"/>
        </w:rPr>
        <w:t xml:space="preserve"> additional needs, including learning disabilities, sensory impairments and complex medical conditions. Some pupils have asthma, allergies or food intolerances. Pupils with hearing loss may receive specialist support through the ARP.</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t>5. Roles and responsib</w:t>
      </w:r>
      <w:r w:rsidRPr="007366B9">
        <w:rPr>
          <w:rFonts w:ascii="Calibri" w:hAnsi="Calibri" w:cs="Calibri"/>
          <w:sz w:val="24"/>
          <w:szCs w:val="24"/>
        </w:rPr>
        <w:t>ilities</w:t>
      </w:r>
    </w:p>
    <w:p w:rsidR="005F6B92" w:rsidRPr="007366B9" w:rsidRDefault="00AE0640">
      <w:pPr>
        <w:rPr>
          <w:rFonts w:ascii="Calibri" w:hAnsi="Calibri" w:cs="Calibri"/>
          <w:sz w:val="24"/>
          <w:szCs w:val="24"/>
        </w:rPr>
      </w:pPr>
      <w:r w:rsidRPr="007366B9">
        <w:rPr>
          <w:rFonts w:ascii="Calibri" w:hAnsi="Calibri" w:cs="Calibri"/>
          <w:b/>
          <w:sz w:val="24"/>
          <w:szCs w:val="24"/>
        </w:rPr>
        <w:t>Governing Body</w:t>
      </w:r>
    </w:p>
    <w:p w:rsidR="005F6B92" w:rsidRPr="007366B9" w:rsidRDefault="00AE0640">
      <w:pPr>
        <w:rPr>
          <w:rFonts w:ascii="Calibri" w:hAnsi="Calibri" w:cs="Calibri"/>
          <w:sz w:val="24"/>
          <w:szCs w:val="24"/>
        </w:rPr>
      </w:pPr>
      <w:r w:rsidRPr="007366B9">
        <w:rPr>
          <w:rFonts w:ascii="Calibri" w:hAnsi="Calibri" w:cs="Calibri"/>
          <w:sz w:val="24"/>
          <w:szCs w:val="24"/>
        </w:rPr>
        <w:t>The Governing Body will ensure that appropriate resources are available to meet identified accessibility needs and will oversee the implementation and effectiveness of this plan.</w:t>
      </w:r>
    </w:p>
    <w:p w:rsidR="005F6B92" w:rsidRPr="007366B9" w:rsidRDefault="00AE0640">
      <w:pPr>
        <w:rPr>
          <w:rFonts w:ascii="Calibri" w:hAnsi="Calibri" w:cs="Calibri"/>
          <w:sz w:val="24"/>
          <w:szCs w:val="24"/>
        </w:rPr>
      </w:pPr>
      <w:r w:rsidRPr="007366B9">
        <w:rPr>
          <w:rFonts w:ascii="Calibri" w:hAnsi="Calibri" w:cs="Calibri"/>
          <w:b/>
          <w:sz w:val="24"/>
          <w:szCs w:val="24"/>
        </w:rPr>
        <w:t>Headteacher</w:t>
      </w:r>
    </w:p>
    <w:p w:rsidR="005F6B92" w:rsidRPr="007366B9" w:rsidRDefault="00AE0640">
      <w:pPr>
        <w:rPr>
          <w:rFonts w:ascii="Calibri" w:hAnsi="Calibri" w:cs="Calibri"/>
          <w:sz w:val="24"/>
          <w:szCs w:val="24"/>
        </w:rPr>
      </w:pPr>
      <w:r w:rsidRPr="007366B9">
        <w:rPr>
          <w:rFonts w:ascii="Calibri" w:hAnsi="Calibri" w:cs="Calibri"/>
          <w:sz w:val="24"/>
          <w:szCs w:val="24"/>
        </w:rPr>
        <w:t>The Headteacher is responsible for ensurin</w:t>
      </w:r>
      <w:r w:rsidRPr="007366B9">
        <w:rPr>
          <w:rFonts w:ascii="Calibri" w:hAnsi="Calibri" w:cs="Calibri"/>
          <w:sz w:val="24"/>
          <w:szCs w:val="24"/>
        </w:rPr>
        <w:t>g that accessibility is considered in school planning, provision and procurement, and that appropriate specialist advice and support are sought where required.</w:t>
      </w:r>
    </w:p>
    <w:p w:rsidR="005F6B92" w:rsidRPr="007366B9" w:rsidRDefault="00AE0640">
      <w:pPr>
        <w:rPr>
          <w:rFonts w:ascii="Calibri" w:hAnsi="Calibri" w:cs="Calibri"/>
          <w:sz w:val="24"/>
          <w:szCs w:val="24"/>
        </w:rPr>
      </w:pPr>
      <w:r w:rsidRPr="007366B9">
        <w:rPr>
          <w:rFonts w:ascii="Calibri" w:hAnsi="Calibri" w:cs="Calibri"/>
          <w:b/>
          <w:sz w:val="24"/>
          <w:szCs w:val="24"/>
        </w:rPr>
        <w:t>All staff</w:t>
      </w:r>
    </w:p>
    <w:p w:rsidR="005F6B92" w:rsidRPr="007366B9" w:rsidRDefault="00AE0640">
      <w:pPr>
        <w:rPr>
          <w:rFonts w:ascii="Calibri" w:hAnsi="Calibri" w:cs="Calibri"/>
          <w:sz w:val="24"/>
          <w:szCs w:val="24"/>
        </w:rPr>
      </w:pPr>
      <w:r w:rsidRPr="007366B9">
        <w:rPr>
          <w:rFonts w:ascii="Calibri" w:hAnsi="Calibri" w:cs="Calibri"/>
          <w:sz w:val="24"/>
          <w:szCs w:val="24"/>
        </w:rPr>
        <w:t>All staff are expected to understand and implement the reasonable adjustments and supp</w:t>
      </w:r>
      <w:r w:rsidRPr="007366B9">
        <w:rPr>
          <w:rFonts w:ascii="Calibri" w:hAnsi="Calibri" w:cs="Calibri"/>
          <w:sz w:val="24"/>
          <w:szCs w:val="24"/>
        </w:rPr>
        <w:t>ort arrangements required for pupils with disabilities and SEND.</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t>6. Principles</w:t>
      </w:r>
    </w:p>
    <w:p w:rsidR="005F6B92" w:rsidRPr="007366B9" w:rsidRDefault="00AE0640">
      <w:pPr>
        <w:rPr>
          <w:rFonts w:ascii="Calibri" w:hAnsi="Calibri" w:cs="Calibri"/>
          <w:sz w:val="24"/>
          <w:szCs w:val="24"/>
        </w:rPr>
      </w:pPr>
      <w:r w:rsidRPr="007366B9">
        <w:rPr>
          <w:rFonts w:ascii="Calibri" w:hAnsi="Calibri" w:cs="Calibri"/>
          <w:sz w:val="24"/>
          <w:szCs w:val="24"/>
        </w:rPr>
        <w:t>In implementing this plan, the school will:</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not discriminate against disabled pupils in admissions, exclusions or the provision of education and related activities;</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make reasona</w:t>
      </w:r>
      <w:r w:rsidRPr="007366B9">
        <w:rPr>
          <w:rFonts w:ascii="Calibri" w:hAnsi="Calibri" w:cs="Calibri"/>
          <w:sz w:val="24"/>
          <w:szCs w:val="24"/>
        </w:rPr>
        <w:t>ble adjustments where a disabled pupil would otherwise be placed at a substantial disadvantage;</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respect pupils' confidentiality and dignity;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seek and consider the views of pupils and parents/carers when identifying and reviewing accessibility needs;</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 xml:space="preserve">use </w:t>
      </w:r>
      <w:r w:rsidRPr="007366B9">
        <w:rPr>
          <w:rFonts w:ascii="Calibri" w:hAnsi="Calibri" w:cs="Calibri"/>
          <w:sz w:val="24"/>
          <w:szCs w:val="24"/>
        </w:rPr>
        <w:t>individual support arrangements and risk assessments where appropriate to promote safety, access and participation; and</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consider accessibility as part of wider school improvement and development planning.</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lastRenderedPageBreak/>
        <w:t>7. Accessibility action plan</w:t>
      </w:r>
    </w:p>
    <w:p w:rsidR="005F6B92" w:rsidRPr="007366B9" w:rsidRDefault="00AE0640">
      <w:pPr>
        <w:pStyle w:val="Heading2"/>
        <w:rPr>
          <w:rFonts w:ascii="Calibri" w:hAnsi="Calibri" w:cs="Calibri"/>
          <w:sz w:val="24"/>
          <w:szCs w:val="24"/>
        </w:rPr>
      </w:pPr>
      <w:r w:rsidRPr="007366B9">
        <w:rPr>
          <w:rFonts w:ascii="Calibri" w:hAnsi="Calibri" w:cs="Calibri"/>
          <w:sz w:val="24"/>
          <w:szCs w:val="24"/>
        </w:rPr>
        <w:t>7.1 Increasing partici</w:t>
      </w:r>
      <w:r w:rsidRPr="007366B9">
        <w:rPr>
          <w:rFonts w:ascii="Calibri" w:hAnsi="Calibri" w:cs="Calibri"/>
          <w:sz w:val="24"/>
          <w:szCs w:val="24"/>
        </w:rPr>
        <w:t>pation in the curriculum</w:t>
      </w:r>
    </w:p>
    <w:p w:rsidR="005F6B92" w:rsidRPr="007366B9" w:rsidRDefault="00AE0640">
      <w:pPr>
        <w:rPr>
          <w:rFonts w:ascii="Calibri" w:hAnsi="Calibri" w:cs="Calibri"/>
          <w:sz w:val="24"/>
          <w:szCs w:val="24"/>
        </w:rPr>
      </w:pPr>
      <w:r w:rsidRPr="007366B9">
        <w:rPr>
          <w:rFonts w:ascii="Calibri" w:hAnsi="Calibri" w:cs="Calibri"/>
          <w:sz w:val="24"/>
          <w:szCs w:val="24"/>
        </w:rPr>
        <w:t xml:space="preserve">The school will ensure that disabled pupils are able to access the curriculum and participate as fully as possible in lessons, enrichment, clubs, sports, cultural activities and educational visits. Classroom organisation, teaching </w:t>
      </w:r>
      <w:r w:rsidRPr="007366B9">
        <w:rPr>
          <w:rFonts w:ascii="Calibri" w:hAnsi="Calibri" w:cs="Calibri"/>
          <w:sz w:val="24"/>
          <w:szCs w:val="24"/>
        </w:rPr>
        <w:t>approaches and resources will be adapted where necessary to meet individual needs.</w:t>
      </w:r>
    </w:p>
    <w:tbl>
      <w:tblPr>
        <w:tblStyle w:val="TableGrid"/>
        <w:tblW w:w="0" w:type="auto"/>
        <w:jc w:val="center"/>
        <w:tblLook w:val="04A0" w:firstRow="1" w:lastRow="0" w:firstColumn="1" w:lastColumn="0" w:noHBand="0" w:noVBand="1"/>
      </w:tblPr>
      <w:tblGrid>
        <w:gridCol w:w="2495"/>
        <w:gridCol w:w="2501"/>
        <w:gridCol w:w="2477"/>
        <w:gridCol w:w="2741"/>
      </w:tblGrid>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Action</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Responsibility</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Timescale</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Success criteria</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Review curriculum planning to ensure lessons are accessible to pupils with SEND and disabilities.</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Subject Leaders</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Termly</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Pl</w:t>
            </w:r>
            <w:r w:rsidRPr="007366B9">
              <w:rPr>
                <w:rFonts w:ascii="Calibri" w:hAnsi="Calibri" w:cs="Calibri"/>
                <w:sz w:val="24"/>
                <w:szCs w:val="24"/>
              </w:rPr>
              <w:t>anning demonstrates appropriate adaptations and access arrangements.</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Audit extra-curricular activities for accessibility and provide reasonable adjustments or suitable alternatives where necessary.</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Headteacher</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Autumn Term</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Clubs and activities are accessib</w:t>
            </w:r>
            <w:r w:rsidRPr="007366B9">
              <w:rPr>
                <w:rFonts w:ascii="Calibri" w:hAnsi="Calibri" w:cs="Calibri"/>
                <w:sz w:val="24"/>
                <w:szCs w:val="24"/>
              </w:rPr>
              <w:t>le to disabled pupils.</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Ensure educational visits are accessible and that reasonable adjustments are identified in advance.</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Educational Visits Coordinator</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Before each visit</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Accessibility needs are considered and risk assessments/adjustments are completed.</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Provide staff development on inclusive and adaptive teaching strategies.</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SENCo</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Annually</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Staff confidence and practice demonstrate effective support for disabled pupils.</w:t>
            </w:r>
          </w:p>
        </w:tc>
      </w:tr>
    </w:tbl>
    <w:p w:rsidR="005F6B92" w:rsidRPr="007366B9" w:rsidRDefault="00AE0640">
      <w:pPr>
        <w:pStyle w:val="Heading2"/>
        <w:rPr>
          <w:rFonts w:ascii="Calibri" w:hAnsi="Calibri" w:cs="Calibri"/>
          <w:sz w:val="24"/>
          <w:szCs w:val="24"/>
        </w:rPr>
      </w:pPr>
      <w:r w:rsidRPr="007366B9">
        <w:rPr>
          <w:rFonts w:ascii="Calibri" w:hAnsi="Calibri" w:cs="Calibri"/>
          <w:sz w:val="24"/>
          <w:szCs w:val="24"/>
        </w:rPr>
        <w:t>7.2 Improving the physical environment</w:t>
      </w:r>
    </w:p>
    <w:p w:rsidR="005F6B92" w:rsidRPr="007366B9" w:rsidRDefault="00AE0640">
      <w:pPr>
        <w:rPr>
          <w:rFonts w:ascii="Calibri" w:hAnsi="Calibri" w:cs="Calibri"/>
          <w:sz w:val="24"/>
          <w:szCs w:val="24"/>
        </w:rPr>
      </w:pPr>
      <w:r w:rsidRPr="007366B9">
        <w:rPr>
          <w:rFonts w:ascii="Calibri" w:hAnsi="Calibri" w:cs="Calibri"/>
          <w:sz w:val="24"/>
          <w:szCs w:val="24"/>
        </w:rPr>
        <w:t>The school will monitor and improve the physic</w:t>
      </w:r>
      <w:r w:rsidRPr="007366B9">
        <w:rPr>
          <w:rFonts w:ascii="Calibri" w:hAnsi="Calibri" w:cs="Calibri"/>
          <w:sz w:val="24"/>
          <w:szCs w:val="24"/>
        </w:rPr>
        <w:t>al environment to increase access for disabled pupils. This includes entrances and exits, routes around the building, emergency escape routes, doors and gates, toilets and washing facilities, lighting, signage, floor surfaces, furniture and outdoor areas.</w:t>
      </w:r>
    </w:p>
    <w:tbl>
      <w:tblPr>
        <w:tblStyle w:val="TableGrid"/>
        <w:tblW w:w="0" w:type="auto"/>
        <w:jc w:val="center"/>
        <w:tblLook w:val="04A0" w:firstRow="1" w:lastRow="0" w:firstColumn="1" w:lastColumn="0" w:noHBand="0" w:noVBand="1"/>
      </w:tblPr>
      <w:tblGrid>
        <w:gridCol w:w="2043"/>
        <w:gridCol w:w="2044"/>
        <w:gridCol w:w="2042"/>
        <w:gridCol w:w="2043"/>
        <w:gridCol w:w="2042"/>
      </w:tblGrid>
      <w:tr w:rsidR="005F6B92" w:rsidRPr="007366B9">
        <w:trPr>
          <w:jc w:val="center"/>
        </w:trPr>
        <w:tc>
          <w:tcPr>
            <w:tcW w:w="2045"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Action</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Responsibility</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Timescale</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Success criteria</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Estimated cost</w:t>
            </w:r>
          </w:p>
        </w:tc>
      </w:tr>
      <w:tr w:rsidR="005F6B92" w:rsidRPr="007366B9">
        <w:trPr>
          <w:jc w:val="center"/>
        </w:trPr>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Complete an annual accessibility audit of the school site and identify any required actions.</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Site Manager / Headteacher</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Autumn Term annually</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 xml:space="preserve">Audit completed and actions identified and </w:t>
            </w:r>
            <w:r w:rsidRPr="007366B9">
              <w:rPr>
                <w:rFonts w:ascii="Calibri" w:hAnsi="Calibri" w:cs="Calibri"/>
                <w:sz w:val="24"/>
                <w:szCs w:val="24"/>
              </w:rPr>
              <w:t>prioritised.</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£0</w:t>
            </w:r>
          </w:p>
        </w:tc>
      </w:tr>
      <w:tr w:rsidR="005F6B92" w:rsidRPr="007366B9">
        <w:trPr>
          <w:jc w:val="center"/>
        </w:trPr>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Review signage for clarity and accessibility.</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Site Manager</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Spring Term</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Clear and accessible signage throughout the school.</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£100</w:t>
            </w:r>
          </w:p>
        </w:tc>
      </w:tr>
      <w:tr w:rsidR="005F6B92" w:rsidRPr="007366B9">
        <w:trPr>
          <w:jc w:val="center"/>
        </w:trPr>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lastRenderedPageBreak/>
              <w:t>Maintain and review designated disabled parking spaces.</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Site Manager</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Ongoing</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 xml:space="preserve">Spaces remain clearly marked and </w:t>
            </w:r>
            <w:r w:rsidRPr="007366B9">
              <w:rPr>
                <w:rFonts w:ascii="Calibri" w:hAnsi="Calibri" w:cs="Calibri"/>
                <w:sz w:val="24"/>
                <w:szCs w:val="24"/>
              </w:rPr>
              <w:t>available when required.</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£0</w:t>
            </w:r>
          </w:p>
        </w:tc>
      </w:tr>
      <w:tr w:rsidR="005F6B92" w:rsidRPr="007366B9">
        <w:trPr>
          <w:jc w:val="center"/>
        </w:trPr>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Review lighting levels in all areas and address identified issues.</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Site Manager</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Summer Term</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Areas provide appropriate lighting for users, including those with visual impairment.</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TBC</w:t>
            </w:r>
          </w:p>
        </w:tc>
      </w:tr>
      <w:tr w:rsidR="005F6B92" w:rsidRPr="007366B9">
        <w:trPr>
          <w:jc w:val="center"/>
        </w:trPr>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Ensure emergency evacuation procedures are a</w:t>
            </w:r>
            <w:r w:rsidRPr="007366B9">
              <w:rPr>
                <w:rFonts w:ascii="Calibri" w:hAnsi="Calibri" w:cs="Calibri"/>
                <w:sz w:val="24"/>
                <w:szCs w:val="24"/>
              </w:rPr>
              <w:t>ccessible and individual PEEPs are in place where required.</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Headteacher</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Autumn Term / ongoing</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Appropriate Personal Emergency Evacuation Plans are in place and reviewed as necessary.</w:t>
            </w:r>
          </w:p>
        </w:tc>
        <w:tc>
          <w:tcPr>
            <w:tcW w:w="2045"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£0</w:t>
            </w:r>
          </w:p>
        </w:tc>
      </w:tr>
    </w:tbl>
    <w:p w:rsidR="005F6B92" w:rsidRPr="007366B9" w:rsidRDefault="00AE0640">
      <w:pPr>
        <w:pStyle w:val="Heading2"/>
        <w:rPr>
          <w:rFonts w:ascii="Calibri" w:hAnsi="Calibri" w:cs="Calibri"/>
          <w:sz w:val="24"/>
          <w:szCs w:val="24"/>
        </w:rPr>
      </w:pPr>
      <w:r w:rsidRPr="007366B9">
        <w:rPr>
          <w:rFonts w:ascii="Calibri" w:hAnsi="Calibri" w:cs="Calibri"/>
          <w:sz w:val="24"/>
          <w:szCs w:val="24"/>
        </w:rPr>
        <w:t>7.3 Improving the delivery of information</w:t>
      </w:r>
    </w:p>
    <w:p w:rsidR="005F6B92" w:rsidRPr="007366B9" w:rsidRDefault="00AE0640">
      <w:pPr>
        <w:rPr>
          <w:rFonts w:ascii="Calibri" w:hAnsi="Calibri" w:cs="Calibri"/>
          <w:sz w:val="24"/>
          <w:szCs w:val="24"/>
        </w:rPr>
      </w:pPr>
      <w:r w:rsidRPr="007366B9">
        <w:rPr>
          <w:rFonts w:ascii="Calibri" w:hAnsi="Calibri" w:cs="Calibri"/>
          <w:sz w:val="24"/>
          <w:szCs w:val="24"/>
        </w:rPr>
        <w:t xml:space="preserve">The school will take </w:t>
      </w:r>
      <w:r w:rsidRPr="007366B9">
        <w:rPr>
          <w:rFonts w:ascii="Calibri" w:hAnsi="Calibri" w:cs="Calibri"/>
          <w:sz w:val="24"/>
          <w:szCs w:val="24"/>
        </w:rPr>
        <w:t>reasonable steps to ensure that information provided to pupils and parents/carers can be accessed by disabled people. Information will be provided in an appropriate format and within a reasonable timeframe, taking account of individual needs and preference</w:t>
      </w:r>
      <w:r w:rsidRPr="007366B9">
        <w:rPr>
          <w:rFonts w:ascii="Calibri" w:hAnsi="Calibri" w:cs="Calibri"/>
          <w:sz w:val="24"/>
          <w:szCs w:val="24"/>
        </w:rPr>
        <w:t>s.</w:t>
      </w:r>
    </w:p>
    <w:tbl>
      <w:tblPr>
        <w:tblStyle w:val="TableGrid"/>
        <w:tblW w:w="0" w:type="auto"/>
        <w:jc w:val="center"/>
        <w:tblLook w:val="04A0" w:firstRow="1" w:lastRow="0" w:firstColumn="1" w:lastColumn="0" w:noHBand="0" w:noVBand="1"/>
      </w:tblPr>
      <w:tblGrid>
        <w:gridCol w:w="2553"/>
        <w:gridCol w:w="2554"/>
        <w:gridCol w:w="2553"/>
        <w:gridCol w:w="2554"/>
      </w:tblGrid>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Action</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Responsibility</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Timescale</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b/>
                <w:sz w:val="24"/>
                <w:szCs w:val="24"/>
              </w:rPr>
              <w:t>Success criteria</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Ask parents/carers about preferred information formats where an accessibility need is identified.</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Office Manager</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Autumn Term</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Preferences are identified and recorded where appropriate.</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 xml:space="preserve">Review the school </w:t>
            </w:r>
            <w:r w:rsidRPr="007366B9">
              <w:rPr>
                <w:rFonts w:ascii="Calibri" w:hAnsi="Calibri" w:cs="Calibri"/>
                <w:sz w:val="24"/>
                <w:szCs w:val="24"/>
              </w:rPr>
              <w:t>website for accessibility and ensure required information is presented in an accessible way.</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Headteacher / IT Lead</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Spring Term</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Website content meets applicable accessibility requirements.</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Provide key documents in alternative accessible formats on request.</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Office Manager</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Ongoing</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 clear process is in place and parents/carers know how to request an alternative format.</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Develop staff awareness of accessible document creation.</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IT Lead</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Spring Term</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Staff understand how to create and share accessible documents.</w:t>
            </w:r>
          </w:p>
        </w:tc>
      </w:tr>
      <w:tr w:rsidR="005F6B92" w:rsidRPr="007366B9">
        <w:trPr>
          <w:jc w:val="center"/>
        </w:trPr>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Review the use of visual timetables, symbols and other visual supports.</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SENCo</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Autumn Term</w:t>
            </w:r>
          </w:p>
        </w:tc>
        <w:tc>
          <w:tcPr>
            <w:tcW w:w="2556" w:type="dxa"/>
            <w:vAlign w:val="center"/>
          </w:tcPr>
          <w:p w:rsidR="005F6B92" w:rsidRPr="007366B9" w:rsidRDefault="00AE0640">
            <w:pPr>
              <w:rPr>
                <w:rFonts w:ascii="Calibri" w:hAnsi="Calibri" w:cs="Calibri"/>
                <w:sz w:val="24"/>
                <w:szCs w:val="24"/>
              </w:rPr>
            </w:pPr>
            <w:r w:rsidRPr="007366B9">
              <w:rPr>
                <w:rFonts w:ascii="Calibri" w:hAnsi="Calibri" w:cs="Calibri"/>
                <w:sz w:val="24"/>
                <w:szCs w:val="24"/>
              </w:rPr>
              <w:t>Visual supports are available where they support individual access needs.</w:t>
            </w:r>
          </w:p>
        </w:tc>
      </w:tr>
    </w:tbl>
    <w:p w:rsidR="005F6B92" w:rsidRPr="007366B9" w:rsidRDefault="00AE0640">
      <w:pPr>
        <w:pStyle w:val="Heading1"/>
        <w:rPr>
          <w:rFonts w:ascii="Calibri" w:hAnsi="Calibri" w:cs="Calibri"/>
          <w:sz w:val="24"/>
          <w:szCs w:val="24"/>
        </w:rPr>
      </w:pPr>
      <w:r w:rsidRPr="007366B9">
        <w:rPr>
          <w:rFonts w:ascii="Calibri" w:hAnsi="Calibri" w:cs="Calibri"/>
          <w:sz w:val="24"/>
          <w:szCs w:val="24"/>
        </w:rPr>
        <w:lastRenderedPageBreak/>
        <w:t>8. Medical needs</w:t>
      </w:r>
    </w:p>
    <w:p w:rsidR="005F6B92" w:rsidRPr="007366B9" w:rsidRDefault="00AE0640">
      <w:pPr>
        <w:rPr>
          <w:rFonts w:ascii="Calibri" w:hAnsi="Calibri" w:cs="Calibri"/>
          <w:sz w:val="24"/>
          <w:szCs w:val="24"/>
        </w:rPr>
      </w:pPr>
      <w:r w:rsidRPr="007366B9">
        <w:rPr>
          <w:rFonts w:ascii="Calibri" w:hAnsi="Calibri" w:cs="Calibri"/>
          <w:sz w:val="24"/>
          <w:szCs w:val="24"/>
        </w:rPr>
        <w:t>The school recognises that some pupils with medical conditions may also me</w:t>
      </w:r>
      <w:r w:rsidRPr="007366B9">
        <w:rPr>
          <w:rFonts w:ascii="Calibri" w:hAnsi="Calibri" w:cs="Calibri"/>
          <w:sz w:val="24"/>
          <w:szCs w:val="24"/>
        </w:rPr>
        <w:t>et the definition of disability under the Equality Act 2010. The school will make appropriate arrangements to support pupils with medical conditions so that they can access education and participate fully in school life.</w:t>
      </w:r>
    </w:p>
    <w:p w:rsidR="005F6B92" w:rsidRPr="007366B9" w:rsidRDefault="00AE0640">
      <w:pPr>
        <w:rPr>
          <w:rFonts w:ascii="Calibri" w:hAnsi="Calibri" w:cs="Calibri"/>
          <w:sz w:val="24"/>
          <w:szCs w:val="24"/>
        </w:rPr>
      </w:pPr>
      <w:r w:rsidRPr="007366B9">
        <w:rPr>
          <w:rFonts w:ascii="Calibri" w:hAnsi="Calibri" w:cs="Calibri"/>
          <w:sz w:val="24"/>
          <w:szCs w:val="24"/>
        </w:rPr>
        <w:t>Prescription medicines are stored s</w:t>
      </w:r>
      <w:r w:rsidRPr="007366B9">
        <w:rPr>
          <w:rFonts w:ascii="Calibri" w:hAnsi="Calibri" w:cs="Calibri"/>
          <w:sz w:val="24"/>
          <w:szCs w:val="24"/>
        </w:rPr>
        <w:t>ecurely and are administered in accordance with parental consent and the school's Supporting Pupils with Medical Conditions Policy. Medication administered is recorded appropriately.</w:t>
      </w:r>
    </w:p>
    <w:p w:rsidR="005F6B92" w:rsidRPr="007366B9" w:rsidRDefault="00AE0640">
      <w:pPr>
        <w:rPr>
          <w:rFonts w:ascii="Calibri" w:hAnsi="Calibri" w:cs="Calibri"/>
          <w:sz w:val="24"/>
          <w:szCs w:val="24"/>
        </w:rPr>
      </w:pPr>
      <w:r w:rsidRPr="007366B9">
        <w:rPr>
          <w:rFonts w:ascii="Calibri" w:hAnsi="Calibri" w:cs="Calibri"/>
          <w:sz w:val="24"/>
          <w:szCs w:val="24"/>
        </w:rPr>
        <w:t>The school maintains appropriately trained first-aid staff and provides a</w:t>
      </w:r>
      <w:r w:rsidRPr="007366B9">
        <w:rPr>
          <w:rFonts w:ascii="Calibri" w:hAnsi="Calibri" w:cs="Calibri"/>
          <w:sz w:val="24"/>
          <w:szCs w:val="24"/>
        </w:rPr>
        <w:t>dditional training where required to support pupils' medical needs. Allergy management arrangements are maintained in accordance with current DfE guidance.</w:t>
      </w:r>
    </w:p>
    <w:p w:rsidR="005F6B92" w:rsidRPr="007366B9" w:rsidRDefault="00AE0640">
      <w:pPr>
        <w:rPr>
          <w:rFonts w:ascii="Calibri" w:hAnsi="Calibri" w:cs="Calibri"/>
          <w:sz w:val="24"/>
          <w:szCs w:val="24"/>
        </w:rPr>
      </w:pPr>
      <w:r w:rsidRPr="007366B9">
        <w:rPr>
          <w:rFonts w:ascii="Calibri" w:hAnsi="Calibri" w:cs="Calibri"/>
          <w:sz w:val="24"/>
          <w:szCs w:val="24"/>
        </w:rPr>
        <w:t>For further information, see the school's Supporting Pupils with Medical Conditions Policy and Aller</w:t>
      </w:r>
      <w:r w:rsidRPr="007366B9">
        <w:rPr>
          <w:rFonts w:ascii="Calibri" w:hAnsi="Calibri" w:cs="Calibri"/>
          <w:sz w:val="24"/>
          <w:szCs w:val="24"/>
        </w:rPr>
        <w:t>gy Policy.</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t>9. Monitoring, evaluation and review</w:t>
      </w:r>
    </w:p>
    <w:p w:rsidR="005F6B92" w:rsidRPr="007366B9" w:rsidRDefault="00AE0640">
      <w:pPr>
        <w:rPr>
          <w:rFonts w:ascii="Calibri" w:hAnsi="Calibri" w:cs="Calibri"/>
          <w:sz w:val="24"/>
          <w:szCs w:val="24"/>
        </w:rPr>
      </w:pPr>
      <w:r w:rsidRPr="007366B9">
        <w:rPr>
          <w:rFonts w:ascii="Calibri" w:hAnsi="Calibri" w:cs="Calibri"/>
          <w:sz w:val="24"/>
          <w:szCs w:val="24"/>
        </w:rPr>
        <w:t>The Accessibility Plan is a working document. The school will monitor implementation throughout the three-year period and revise actions where circumstances, pupil needs, the physical environment, legislation</w:t>
      </w:r>
      <w:r w:rsidRPr="007366B9">
        <w:rPr>
          <w:rFonts w:ascii="Calibri" w:hAnsi="Calibri" w:cs="Calibri"/>
          <w:sz w:val="24"/>
          <w:szCs w:val="24"/>
        </w:rPr>
        <w:t xml:space="preserve"> or guidance change.</w:t>
      </w:r>
    </w:p>
    <w:p w:rsidR="005F6B92" w:rsidRPr="007366B9" w:rsidRDefault="00AE0640">
      <w:pPr>
        <w:rPr>
          <w:rFonts w:ascii="Calibri" w:hAnsi="Calibri" w:cs="Calibri"/>
          <w:sz w:val="24"/>
          <w:szCs w:val="24"/>
        </w:rPr>
      </w:pPr>
      <w:r w:rsidRPr="007366B9">
        <w:rPr>
          <w:rFonts w:ascii="Calibri" w:hAnsi="Calibri" w:cs="Calibri"/>
          <w:sz w:val="24"/>
          <w:szCs w:val="24"/>
        </w:rPr>
        <w:t>Monitoring will include:</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termly consideration of relevant actions by the Headteacher and SENCo;</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annual review of progress by the Governing Body or its delegated committee;</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feedback from disabled pupils and their parents/carers, where a</w:t>
      </w:r>
      <w:r w:rsidRPr="007366B9">
        <w:rPr>
          <w:rFonts w:ascii="Calibri" w:hAnsi="Calibri" w:cs="Calibri"/>
          <w:sz w:val="24"/>
          <w:szCs w:val="24"/>
        </w:rPr>
        <w:t>ppropriate;</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evidence of disabled pupils' participation in the full life of the school, including clubs, sport, cultural activities and educational visits;</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staff confidence and practice in supporting disabled pupils;</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reviews and audits of curriculum accessi</w:t>
      </w:r>
      <w:r w:rsidRPr="007366B9">
        <w:rPr>
          <w:rFonts w:ascii="Calibri" w:hAnsi="Calibri" w:cs="Calibri"/>
          <w:sz w:val="24"/>
          <w:szCs w:val="24"/>
        </w:rPr>
        <w:t>bility and the physical environment; and</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evidence that information is available in accessible formats when required.</w:t>
      </w:r>
    </w:p>
    <w:p w:rsidR="005F6B92" w:rsidRPr="007366B9" w:rsidRDefault="00AE0640">
      <w:pPr>
        <w:rPr>
          <w:rFonts w:ascii="Calibri" w:hAnsi="Calibri" w:cs="Calibri"/>
          <w:sz w:val="24"/>
          <w:szCs w:val="24"/>
        </w:rPr>
      </w:pPr>
      <w:r w:rsidRPr="007366B9">
        <w:rPr>
          <w:rFonts w:ascii="Calibri" w:hAnsi="Calibri" w:cs="Calibri"/>
          <w:sz w:val="24"/>
          <w:szCs w:val="24"/>
        </w:rPr>
        <w:t>The plan will be formally reviewed every three years. The next formal review is due in October 2029. The plan may be reviewed and revised e</w:t>
      </w:r>
      <w:r w:rsidRPr="007366B9">
        <w:rPr>
          <w:rFonts w:ascii="Calibri" w:hAnsi="Calibri" w:cs="Calibri"/>
          <w:sz w:val="24"/>
          <w:szCs w:val="24"/>
        </w:rPr>
        <w:t>arlier where this is necessary.</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t>10. Links to other school policies and information</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Equality, Diversity and Cohesion Policy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Special Educational Needs (SEND) Policy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Supporting Pupils with Medical Conditions Policy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Allergy Policy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Admissions Policy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Behaviour P</w:t>
      </w:r>
      <w:r w:rsidRPr="007366B9">
        <w:rPr>
          <w:rFonts w:ascii="Calibri" w:hAnsi="Calibri" w:cs="Calibri"/>
          <w:sz w:val="24"/>
          <w:szCs w:val="24"/>
        </w:rPr>
        <w:t>olicy</w:t>
      </w:r>
    </w:p>
    <w:p w:rsidR="005F6B92" w:rsidRPr="007366B9" w:rsidRDefault="00AE0640">
      <w:pPr>
        <w:pStyle w:val="ListBullet"/>
        <w:spacing w:after="40"/>
        <w:rPr>
          <w:rFonts w:ascii="Calibri" w:hAnsi="Calibri" w:cs="Calibri"/>
          <w:sz w:val="24"/>
          <w:szCs w:val="24"/>
        </w:rPr>
      </w:pPr>
      <w:r w:rsidRPr="007366B9">
        <w:rPr>
          <w:rFonts w:ascii="Calibri" w:hAnsi="Calibri" w:cs="Calibri"/>
          <w:sz w:val="24"/>
          <w:szCs w:val="24"/>
        </w:rPr>
        <w:t>SEND Information Report</w:t>
      </w:r>
    </w:p>
    <w:p w:rsidR="005F6B92" w:rsidRPr="007366B9" w:rsidRDefault="00AE0640">
      <w:pPr>
        <w:pStyle w:val="Heading1"/>
        <w:rPr>
          <w:rFonts w:ascii="Calibri" w:hAnsi="Calibri" w:cs="Calibri"/>
          <w:sz w:val="24"/>
          <w:szCs w:val="24"/>
        </w:rPr>
      </w:pPr>
      <w:r w:rsidRPr="007366B9">
        <w:rPr>
          <w:rFonts w:ascii="Calibri" w:hAnsi="Calibri" w:cs="Calibri"/>
          <w:sz w:val="24"/>
          <w:szCs w:val="24"/>
        </w:rPr>
        <w:lastRenderedPageBreak/>
        <w:t>11. Approval</w:t>
      </w:r>
    </w:p>
    <w:p w:rsidR="005F6B92" w:rsidRPr="007366B9" w:rsidRDefault="00AE0640">
      <w:pPr>
        <w:rPr>
          <w:rFonts w:ascii="Calibri" w:hAnsi="Calibri" w:cs="Calibri"/>
          <w:sz w:val="24"/>
          <w:szCs w:val="24"/>
        </w:rPr>
      </w:pPr>
      <w:r w:rsidRPr="007366B9">
        <w:rPr>
          <w:rFonts w:ascii="Calibri" w:hAnsi="Calibri" w:cs="Calibri"/>
          <w:sz w:val="24"/>
          <w:szCs w:val="24"/>
        </w:rPr>
        <w:t>Approved by the Governing Body: October 2026</w:t>
      </w:r>
    </w:p>
    <w:p w:rsidR="005F6B92" w:rsidRPr="007366B9" w:rsidRDefault="00AE0640">
      <w:pPr>
        <w:rPr>
          <w:rFonts w:ascii="Calibri" w:hAnsi="Calibri" w:cs="Calibri"/>
          <w:sz w:val="24"/>
          <w:szCs w:val="24"/>
        </w:rPr>
      </w:pPr>
      <w:r w:rsidRPr="007366B9">
        <w:rPr>
          <w:rFonts w:ascii="Calibri" w:hAnsi="Calibri" w:cs="Calibri"/>
          <w:sz w:val="24"/>
          <w:szCs w:val="24"/>
        </w:rPr>
        <w:t>Signed (Chair of Governors): __________________________________</w:t>
      </w:r>
    </w:p>
    <w:p w:rsidR="005F6B92" w:rsidRPr="007366B9" w:rsidRDefault="00AE0640">
      <w:pPr>
        <w:rPr>
          <w:rFonts w:ascii="Calibri" w:hAnsi="Calibri" w:cs="Calibri"/>
          <w:sz w:val="24"/>
          <w:szCs w:val="24"/>
        </w:rPr>
      </w:pPr>
      <w:r w:rsidRPr="007366B9">
        <w:rPr>
          <w:rFonts w:ascii="Calibri" w:hAnsi="Calibri" w:cs="Calibri"/>
          <w:sz w:val="24"/>
          <w:szCs w:val="24"/>
        </w:rPr>
        <w:t>Next formal review: October 2029</w:t>
      </w:r>
    </w:p>
    <w:sectPr w:rsidR="005F6B92" w:rsidRPr="007366B9" w:rsidSect="00034616">
      <w:footerReference w:type="default" r:id="rId16"/>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0640" w:rsidRDefault="00AE0640">
      <w:pPr>
        <w:spacing w:after="0" w:line="240" w:lineRule="auto"/>
        <w:rPr>
          <w:rFonts w:hint="eastAsia"/>
        </w:rPr>
      </w:pPr>
      <w:r>
        <w:separator/>
      </w:r>
    </w:p>
  </w:endnote>
  <w:endnote w:type="continuationSeparator" w:id="0">
    <w:p w:rsidR="00AE0640" w:rsidRDefault="00AE064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6B92" w:rsidRPr="007366B9" w:rsidRDefault="00AE0640">
    <w:pPr>
      <w:pStyle w:val="Footer"/>
      <w:jc w:val="center"/>
      <w:rPr>
        <w:rFonts w:asciiTheme="majorHAnsi" w:hAnsiTheme="majorHAnsi" w:cstheme="majorHAnsi"/>
      </w:rPr>
    </w:pPr>
    <w:r w:rsidRPr="007366B9">
      <w:rPr>
        <w:rFonts w:asciiTheme="majorHAnsi" w:hAnsiTheme="majorHAnsi" w:cstheme="majorHAnsi"/>
        <w:sz w:val="16"/>
      </w:rPr>
      <w:t>Stoke Mandeville Combined School | Accessibility Plan | October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0640" w:rsidRDefault="00AE0640">
      <w:pPr>
        <w:spacing w:after="0" w:line="240" w:lineRule="auto"/>
        <w:rPr>
          <w:rFonts w:hint="eastAsia"/>
        </w:rPr>
      </w:pPr>
      <w:r>
        <w:separator/>
      </w:r>
    </w:p>
  </w:footnote>
  <w:footnote w:type="continuationSeparator" w:id="0">
    <w:p w:rsidR="00AE0640" w:rsidRDefault="00AE0640">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F6B92"/>
    <w:rsid w:val="007366B9"/>
    <w:rsid w:val="00880B93"/>
    <w:rsid w:val="00AA1D8D"/>
    <w:rsid w:val="00AE0640"/>
    <w:rsid w:val="00B47730"/>
    <w:rsid w:val="00BB752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D06574"/>
  <w14:defaultImageDpi w14:val="300"/>
  <w15:docId w15:val="{D9ED377D-9C5C-41FE-9148-9F3325078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7366B9"/>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7366B9"/>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hyperlink" Target="https://www.gov.uk/guidance/what-maintained-schools-must-publish-online" TargetMode="External"/><Relationship Id="rId10" Type="http://schemas.openxmlformats.org/officeDocument/2006/relationships/hyperlink" Target="https://www.legislation.gov.uk/ukpga/2010/15/schedule/1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allergy-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45389-1CC0-4D08-9464-758773166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Jones</cp:lastModifiedBy>
  <cp:revision>5</cp:revision>
  <dcterms:created xsi:type="dcterms:W3CDTF">2026-10-06T10:25:00Z</dcterms:created>
  <dcterms:modified xsi:type="dcterms:W3CDTF">2026-10-06T10:26:00Z</dcterms:modified>
  <cp:category/>
</cp:coreProperties>
</file>